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FCD40" w14:textId="77777777" w:rsidR="00D459ED" w:rsidRDefault="008D4B15">
      <w:pPr>
        <w:spacing w:after="60"/>
        <w:jc w:val="center"/>
      </w:pPr>
      <w:r>
        <w:rPr>
          <w:noProof/>
        </w:rPr>
        <w:drawing>
          <wp:inline distT="0" distB="0" distL="0" distR="0" wp14:anchorId="627B28F0" wp14:editId="29DE7367">
            <wp:extent cx="6696000" cy="11074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oss_header_banner_Word_saf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10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1E8D2" w14:textId="77777777" w:rsidR="00D459ED" w:rsidRDefault="008D4B15">
      <w:pPr>
        <w:spacing w:before="60" w:after="40"/>
      </w:pPr>
      <w:r>
        <w:rPr>
          <w:noProof/>
        </w:rPr>
        <w:drawing>
          <wp:inline distT="0" distB="0" distL="0" distR="0" wp14:anchorId="55FE05B1" wp14:editId="0D2D37E3">
            <wp:extent cx="3780000" cy="48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oss_route_stri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4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6839" w14:textId="748EA85B" w:rsidR="00D459ED" w:rsidRPr="00AE5949" w:rsidRDefault="00634068">
      <w:pPr>
        <w:spacing w:after="40"/>
        <w:rPr>
          <w:rFonts w:ascii="Raleway" w:hAnsi="Raleway"/>
          <w:lang w:val="fr-FR"/>
        </w:rPr>
      </w:pPr>
      <w:r>
        <w:rPr>
          <w:rFonts w:ascii="Raleway" w:hAnsi="Raleway"/>
          <w:b/>
          <w:color w:val="1E5AF5"/>
          <w:sz w:val="20"/>
          <w:lang w:val="fr-FR"/>
        </w:rPr>
        <w:t xml:space="preserve">ANNEXE 2 </w:t>
      </w:r>
    </w:p>
    <w:p w14:paraId="720C6B05" w14:textId="77777777" w:rsidR="009D2436" w:rsidRPr="00AE5949" w:rsidRDefault="009D2436">
      <w:pPr>
        <w:spacing w:after="100" w:line="240" w:lineRule="auto"/>
        <w:rPr>
          <w:rFonts w:ascii="Raleway" w:hAnsi="Raleway"/>
          <w:b/>
          <w:color w:val="111111"/>
          <w:sz w:val="46"/>
          <w:lang w:val="fr-FR"/>
        </w:rPr>
      </w:pPr>
      <w:r w:rsidRPr="00AE5949">
        <w:rPr>
          <w:rFonts w:ascii="Raleway" w:hAnsi="Raleway"/>
          <w:b/>
          <w:color w:val="111111"/>
          <w:sz w:val="46"/>
          <w:lang w:val="fr-FR"/>
        </w:rPr>
        <w:t>Programme de bourses de mobilité</w:t>
      </w:r>
    </w:p>
    <w:p w14:paraId="35244BCB" w14:textId="7BCAD9D9" w:rsidR="00D459ED" w:rsidRPr="00AE5949" w:rsidRDefault="009D2436">
      <w:pPr>
        <w:spacing w:after="100" w:line="240" w:lineRule="auto"/>
        <w:rPr>
          <w:rFonts w:ascii="Raleway" w:hAnsi="Raleway"/>
          <w:lang w:val="fr-FR"/>
        </w:rPr>
      </w:pPr>
      <w:r w:rsidRPr="00AE5949">
        <w:rPr>
          <w:rFonts w:ascii="Raleway" w:hAnsi="Raleway"/>
          <w:b/>
          <w:color w:val="111111"/>
          <w:sz w:val="46"/>
          <w:lang w:val="fr-FR"/>
        </w:rPr>
        <w:t>Chercheurs en début de carrière</w:t>
      </w:r>
      <w:r w:rsidR="008D4B15" w:rsidRPr="00AE5949">
        <w:rPr>
          <w:rFonts w:ascii="Raleway" w:hAnsi="Raleway"/>
          <w:b/>
          <w:color w:val="111111"/>
          <w:sz w:val="46"/>
          <w:lang w:val="fr-FR"/>
        </w:rPr>
        <w:t xml:space="preserve"> (R1)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6"/>
        <w:gridCol w:w="2636"/>
        <w:gridCol w:w="2636"/>
        <w:gridCol w:w="2636"/>
      </w:tblGrid>
      <w:tr w:rsidR="00AE5949" w:rsidRPr="00AE5949" w14:paraId="5A85379B" w14:textId="77777777" w:rsidTr="00AE5949">
        <w:trPr>
          <w:jc w:val="center"/>
        </w:trPr>
        <w:tc>
          <w:tcPr>
            <w:tcW w:w="263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E37290" w14:textId="10100A60" w:rsidR="00AE5949" w:rsidRPr="00AE5949" w:rsidRDefault="00AE5949" w:rsidP="00AE5949">
            <w:pPr>
              <w:spacing w:before="140" w:after="20"/>
              <w:rPr>
                <w:rFonts w:ascii="Raleway" w:hAnsi="Raleway"/>
                <w:b/>
                <w:color w:val="1E5AF5"/>
                <w:sz w:val="24"/>
              </w:rPr>
            </w:pPr>
            <w:r w:rsidRPr="00AE5949">
              <w:rPr>
                <w:rFonts w:ascii="Raleway" w:hAnsi="Raleway"/>
                <w:b/>
                <w:noProof/>
                <w:color w:val="1E5AF5"/>
                <w:sz w:val="24"/>
              </w:rPr>
              <w:drawing>
                <wp:inline distT="0" distB="0" distL="0" distR="0" wp14:anchorId="0FB87868" wp14:editId="3CD69B49">
                  <wp:extent cx="365760" cy="365760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AEF406" w14:textId="4F6685D5" w:rsidR="00AE5949" w:rsidRPr="00AE5949" w:rsidRDefault="00AE5949" w:rsidP="00AE5949">
            <w:pPr>
              <w:spacing w:before="140" w:after="20"/>
              <w:rPr>
                <w:rFonts w:ascii="Raleway" w:hAnsi="Raleway"/>
                <w:b/>
                <w:color w:val="1E5AF5"/>
                <w:sz w:val="24"/>
              </w:rPr>
            </w:pPr>
            <w:r w:rsidRPr="00AE5949">
              <w:rPr>
                <w:rFonts w:ascii="Raleway" w:hAnsi="Raleway"/>
                <w:b/>
                <w:noProof/>
                <w:color w:val="1E5AF5"/>
                <w:sz w:val="24"/>
              </w:rPr>
              <w:drawing>
                <wp:inline distT="0" distB="0" distL="0" distR="0" wp14:anchorId="32EFE621" wp14:editId="0FF1EEE5">
                  <wp:extent cx="1440180" cy="289560"/>
                  <wp:effectExtent l="0" t="0" r="762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6" w:type="dxa"/>
            <w:shd w:val="clear" w:color="auto" w:fill="FFFFFF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BD471BA" w14:textId="77777777" w:rsidR="00AE5949" w:rsidRPr="00AE5949" w:rsidRDefault="00AE5949" w:rsidP="00AE5949">
            <w:pPr>
              <w:spacing w:before="140" w:after="20"/>
              <w:rPr>
                <w:rFonts w:ascii="Raleway" w:hAnsi="Raleway"/>
                <w:b/>
                <w:color w:val="1E5AF5"/>
                <w:sz w:val="24"/>
              </w:rPr>
            </w:pPr>
          </w:p>
        </w:tc>
        <w:tc>
          <w:tcPr>
            <w:tcW w:w="263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1BEDF9" w14:textId="60293375" w:rsidR="00AE5949" w:rsidRPr="00AE5949" w:rsidRDefault="00AE5949" w:rsidP="00AE5949">
            <w:pPr>
              <w:spacing w:before="140" w:after="20"/>
              <w:rPr>
                <w:rFonts w:ascii="Raleway" w:hAnsi="Raleway"/>
                <w:b/>
                <w:color w:val="1E5AF5"/>
                <w:sz w:val="24"/>
              </w:rPr>
            </w:pPr>
            <w:r w:rsidRPr="00AE5949">
              <w:rPr>
                <w:rFonts w:ascii="Raleway" w:hAnsi="Raleway"/>
                <w:b/>
                <w:noProof/>
                <w:color w:val="1E5AF5"/>
                <w:sz w:val="24"/>
              </w:rPr>
              <w:drawing>
                <wp:inline distT="0" distB="0" distL="0" distR="0" wp14:anchorId="385C4A3E" wp14:editId="4DB627FF">
                  <wp:extent cx="1440180" cy="289560"/>
                  <wp:effectExtent l="0" t="0" r="762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B32075" w14:textId="77777777" w:rsidR="00AE5949" w:rsidRPr="00AE5949" w:rsidRDefault="00AE5949" w:rsidP="00AE5949">
      <w:pPr>
        <w:spacing w:before="140" w:after="20"/>
        <w:rPr>
          <w:rFonts w:ascii="Raleway" w:hAnsi="Raleway"/>
          <w:b/>
          <w:color w:val="1E5AF5"/>
          <w:sz w:val="16"/>
          <w:szCs w:val="16"/>
        </w:rPr>
      </w:pPr>
      <w:r w:rsidRPr="00AE5949">
        <w:rPr>
          <w:rFonts w:ascii="Raleway" w:hAnsi="Raleway"/>
          <w:b/>
          <w:color w:val="1E5AF5"/>
          <w:sz w:val="16"/>
          <w:szCs w:val="16"/>
        </w:rPr>
        <w:t>MOBILITY CONTENT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3"/>
        <w:gridCol w:w="5273"/>
      </w:tblGrid>
      <w:tr w:rsidR="00AE5949" w:rsidRPr="00AE5949" w14:paraId="4AB0962E" w14:textId="77777777" w:rsidTr="00AE5949">
        <w:trPr>
          <w:jc w:val="center"/>
        </w:trPr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F0F89A" w14:textId="0E990409" w:rsidR="00AE5949" w:rsidRPr="00AE5949" w:rsidRDefault="00AE5949" w:rsidP="00AE5949">
            <w:pPr>
              <w:spacing w:before="140" w:after="20"/>
              <w:rPr>
                <w:rFonts w:ascii="Raleway" w:hAnsi="Raleway"/>
                <w:b/>
                <w:color w:val="1E5AF5"/>
                <w:sz w:val="24"/>
              </w:rPr>
            </w:pPr>
            <w:r w:rsidRPr="00AE5949">
              <w:rPr>
                <w:rFonts w:ascii="Raleway" w:hAnsi="Raleway"/>
                <w:b/>
                <w:noProof/>
                <w:color w:val="1E5AF5"/>
                <w:sz w:val="24"/>
              </w:rPr>
              <w:drawing>
                <wp:inline distT="0" distB="0" distL="0" distR="0" wp14:anchorId="47990696" wp14:editId="72DFCBC4">
                  <wp:extent cx="335280" cy="33528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7E0C74" w14:textId="46386AEB" w:rsidR="00AE5949" w:rsidRPr="00AE5949" w:rsidRDefault="00AE5949" w:rsidP="00AE5949">
            <w:pPr>
              <w:spacing w:before="140" w:after="20"/>
              <w:rPr>
                <w:rFonts w:ascii="Raleway" w:hAnsi="Raleway"/>
                <w:b/>
                <w:color w:val="1E5AF5"/>
                <w:sz w:val="24"/>
              </w:rPr>
            </w:pPr>
            <w:r w:rsidRPr="00AE5949">
              <w:rPr>
                <w:rFonts w:ascii="Raleway" w:hAnsi="Raleway"/>
                <w:b/>
                <w:noProof/>
                <w:color w:val="1E5AF5"/>
                <w:sz w:val="24"/>
              </w:rPr>
              <w:drawing>
                <wp:inline distT="0" distB="0" distL="0" distR="0" wp14:anchorId="549E8F11" wp14:editId="75187474">
                  <wp:extent cx="1648460" cy="266065"/>
                  <wp:effectExtent l="0" t="0" r="8890" b="63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46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C1B09A" w14:textId="77777777" w:rsidR="00AE5949" w:rsidRPr="00AE5949" w:rsidRDefault="00AE5949" w:rsidP="00AE5949">
      <w:pPr>
        <w:spacing w:after="20"/>
        <w:jc w:val="both"/>
        <w:rPr>
          <w:rFonts w:ascii="Raleway" w:hAnsi="Raleway"/>
          <w:b/>
          <w:color w:val="1E5AF5"/>
          <w:sz w:val="24"/>
          <w:lang w:val="fr-FR"/>
        </w:rPr>
      </w:pPr>
    </w:p>
    <w:p w14:paraId="2F0BC728" w14:textId="33BC8700" w:rsidR="009D2436" w:rsidRPr="00634068" w:rsidRDefault="00634068" w:rsidP="00634068">
      <w:pPr>
        <w:spacing w:after="20"/>
        <w:rPr>
          <w:rStyle w:val="Titre1Car"/>
          <w:rFonts w:ascii="Raleway" w:hAnsi="Raleway"/>
          <w:b w:val="0"/>
          <w:bCs w:val="0"/>
          <w:color w:val="auto"/>
          <w:sz w:val="18"/>
          <w:szCs w:val="18"/>
          <w:lang w:val="fr-FR"/>
        </w:rPr>
      </w:pPr>
      <w:r w:rsidRPr="00634068">
        <w:rPr>
          <w:rFonts w:ascii="Raleway" w:hAnsi="Raleway"/>
          <w:szCs w:val="18"/>
          <w:lang w:val="fr-FR"/>
        </w:rPr>
        <w:t>DÉCLARATION D'ENGAGEMENT relative au programme d'allocations de mobilité</w:t>
      </w:r>
      <w:r>
        <w:rPr>
          <w:rFonts w:ascii="Raleway" w:hAnsi="Raleway"/>
          <w:szCs w:val="18"/>
          <w:lang w:val="fr-FR"/>
        </w:rPr>
        <w:t> : à</w:t>
      </w:r>
      <w:r w:rsidRPr="00634068">
        <w:rPr>
          <w:rStyle w:val="Titre1Car"/>
          <w:rFonts w:ascii="Raleway" w:hAnsi="Raleway"/>
          <w:color w:val="auto"/>
          <w:sz w:val="18"/>
          <w:szCs w:val="18"/>
          <w:lang w:val="fr-FR"/>
        </w:rPr>
        <w:t xml:space="preserve"> </w:t>
      </w:r>
      <w:r w:rsidRPr="00634068">
        <w:rPr>
          <w:rStyle w:val="Titre1Car"/>
          <w:rFonts w:ascii="Raleway" w:hAnsi="Raleway"/>
          <w:b w:val="0"/>
          <w:bCs w:val="0"/>
          <w:color w:val="auto"/>
          <w:sz w:val="18"/>
          <w:szCs w:val="18"/>
          <w:lang w:val="fr-FR"/>
        </w:rPr>
        <w:t>remplir uniquement si des périodes de mobilité inférieures à un mois sont envisagées pour que, cumulées, elles soient équivalent à un mois de mobilité</w:t>
      </w:r>
    </w:p>
    <w:p w14:paraId="1BB813C4" w14:textId="77777777" w:rsidR="00634068" w:rsidRPr="00634068" w:rsidRDefault="00634068" w:rsidP="00634068">
      <w:pPr>
        <w:spacing w:after="20"/>
        <w:rPr>
          <w:rFonts w:ascii="Raleway" w:hAnsi="Raleway"/>
          <w:szCs w:val="18"/>
          <w:lang w:val="fr-FR"/>
        </w:rPr>
      </w:pPr>
    </w:p>
    <w:p w14:paraId="184C190A" w14:textId="26FFB3CF" w:rsidR="0010374A" w:rsidRDefault="00634068" w:rsidP="0010374A">
      <w:pPr>
        <w:spacing w:after="20"/>
        <w:rPr>
          <w:rFonts w:ascii="Raleway" w:hAnsi="Raleway"/>
          <w:lang w:val="fr-FR"/>
        </w:rPr>
      </w:pPr>
      <w:r>
        <w:rPr>
          <w:rFonts w:ascii="Raleway" w:hAnsi="Raleway"/>
          <w:lang w:val="fr-FR"/>
        </w:rPr>
        <w:t>Date : JJ/MM/AAAA</w:t>
      </w:r>
    </w:p>
    <w:p w14:paraId="35856694" w14:textId="77777777" w:rsidR="00634068" w:rsidRDefault="00634068" w:rsidP="0010374A">
      <w:pPr>
        <w:spacing w:after="20"/>
        <w:rPr>
          <w:rFonts w:ascii="Raleway" w:hAnsi="Raleway"/>
          <w:lang w:val="fr-FR"/>
        </w:rPr>
      </w:pPr>
    </w:p>
    <w:p w14:paraId="40706673" w14:textId="703DDFDD" w:rsidR="00634068" w:rsidRPr="00552F2E" w:rsidRDefault="00634068" w:rsidP="00634068">
      <w:pPr>
        <w:rPr>
          <w:rFonts w:ascii="Raleway" w:hAnsi="Raleway"/>
          <w:lang w:val="fr-FR"/>
        </w:rPr>
      </w:pPr>
      <w:r w:rsidRPr="00552F2E">
        <w:rPr>
          <w:rFonts w:ascii="Raleway" w:hAnsi="Raleway"/>
          <w:lang w:val="fr-FR"/>
        </w:rPr>
        <w:t xml:space="preserve">Engagement à compléter une période de mobilité </w:t>
      </w:r>
      <w:r w:rsidRPr="00937785">
        <w:rPr>
          <w:rFonts w:ascii="Raleway" w:hAnsi="Raleway"/>
          <w:b/>
          <w:bCs/>
          <w:lang w:val="fr-FR"/>
        </w:rPr>
        <w:t>cumulative</w:t>
      </w:r>
      <w:r w:rsidRPr="00552F2E">
        <w:rPr>
          <w:rFonts w:ascii="Raleway" w:hAnsi="Raleway"/>
          <w:lang w:val="fr-FR"/>
        </w:rPr>
        <w:t xml:space="preserve"> d'un mois</w:t>
      </w:r>
    </w:p>
    <w:p w14:paraId="1FCD0BD8" w14:textId="10C20252" w:rsidR="0010374A" w:rsidRDefault="00634068">
      <w:pPr>
        <w:rPr>
          <w:rFonts w:ascii="Raleway" w:hAnsi="Raleway"/>
          <w:lang w:val="fr-FR"/>
        </w:rPr>
      </w:pPr>
      <w:r w:rsidRPr="00552F2E">
        <w:rPr>
          <w:rFonts w:ascii="Raleway" w:hAnsi="Raleway"/>
          <w:lang w:val="fr-FR"/>
        </w:rPr>
        <w:t>Les soussignés suivants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20"/>
        <w:gridCol w:w="7426"/>
      </w:tblGrid>
      <w:tr w:rsidR="0033423E" w:rsidRPr="00AE5949" w14:paraId="184BAB8A" w14:textId="77777777" w:rsidTr="00814C2E">
        <w:trPr>
          <w:trHeight w:val="396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5AF5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08F774E2" w14:textId="4F9B1678" w:rsidR="0033423E" w:rsidRPr="00AE5949" w:rsidRDefault="00634068" w:rsidP="00814C2E">
            <w:pPr>
              <w:spacing w:after="0"/>
              <w:rPr>
                <w:rFonts w:ascii="Raleway" w:hAnsi="Raleway"/>
                <w:lang w:val="fr-FR"/>
              </w:rPr>
            </w:pPr>
            <w:r>
              <w:rPr>
                <w:rFonts w:ascii="Raleway" w:hAnsi="Raleway"/>
                <w:b/>
                <w:color w:val="FFFFFF"/>
                <w:lang w:val="fr-FR"/>
              </w:rPr>
              <w:t>LE CANDIDAT</w:t>
            </w:r>
          </w:p>
        </w:tc>
      </w:tr>
      <w:tr w:rsidR="0033423E" w:rsidRPr="00AE5949" w14:paraId="548D6C52" w14:textId="77777777" w:rsidTr="00814C2E">
        <w:trPr>
          <w:jc w:val="center"/>
        </w:trPr>
        <w:tc>
          <w:tcPr>
            <w:tcW w:w="1479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2A0091C5" w14:textId="72616176" w:rsidR="0033423E" w:rsidRPr="0033423E" w:rsidRDefault="0033423E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 xml:space="preserve">NOM </w:t>
            </w:r>
          </w:p>
        </w:tc>
        <w:tc>
          <w:tcPr>
            <w:tcW w:w="3521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</w:tcPr>
          <w:p w14:paraId="72E4F4BA" w14:textId="77777777" w:rsidR="0033423E" w:rsidRPr="00AE5949" w:rsidRDefault="0033423E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</w:p>
        </w:tc>
      </w:tr>
      <w:tr w:rsidR="0033423E" w:rsidRPr="00634068" w14:paraId="445442C8" w14:textId="77777777" w:rsidTr="00814C2E">
        <w:trPr>
          <w:jc w:val="center"/>
        </w:trPr>
        <w:tc>
          <w:tcPr>
            <w:tcW w:w="1479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50815D3B" w14:textId="4C0369BF" w:rsidR="0033423E" w:rsidRDefault="00634068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>ETABLISSEMENT D’ORIGINE</w:t>
            </w:r>
          </w:p>
        </w:tc>
        <w:tc>
          <w:tcPr>
            <w:tcW w:w="3521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</w:tcPr>
          <w:p w14:paraId="0DE2794D" w14:textId="77777777" w:rsidR="0033423E" w:rsidRPr="00AE5949" w:rsidRDefault="0033423E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</w:p>
        </w:tc>
      </w:tr>
    </w:tbl>
    <w:p w14:paraId="7D3E8A01" w14:textId="77777777" w:rsidR="0033423E" w:rsidRDefault="0033423E" w:rsidP="0033423E">
      <w:pPr>
        <w:rPr>
          <w:rFonts w:ascii="Raleway" w:hAnsi="Raleway"/>
          <w:lang w:val="fr-FR"/>
        </w:rPr>
      </w:pPr>
    </w:p>
    <w:p w14:paraId="204100DA" w14:textId="1B7AFBB7" w:rsidR="00634068" w:rsidRDefault="00634068" w:rsidP="00634068">
      <w:pPr>
        <w:rPr>
          <w:rFonts w:ascii="Raleway" w:hAnsi="Raleway"/>
          <w:lang w:val="fr-FR"/>
        </w:rPr>
      </w:pPr>
      <w:r>
        <w:rPr>
          <w:rFonts w:ascii="Raleway" w:hAnsi="Raleway"/>
          <w:lang w:val="fr-FR"/>
        </w:rPr>
        <w:t xml:space="preserve">Et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20"/>
        <w:gridCol w:w="7426"/>
      </w:tblGrid>
      <w:tr w:rsidR="00634068" w:rsidRPr="00634068" w14:paraId="09C68552" w14:textId="77777777" w:rsidTr="00814C2E">
        <w:trPr>
          <w:trHeight w:val="396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5AF5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78CA73B9" w14:textId="2EDC73AB" w:rsidR="00634068" w:rsidRPr="00AE5949" w:rsidRDefault="00634068" w:rsidP="00814C2E">
            <w:pPr>
              <w:spacing w:after="0"/>
              <w:rPr>
                <w:rFonts w:ascii="Raleway" w:hAnsi="Raleway"/>
                <w:lang w:val="fr-FR"/>
              </w:rPr>
            </w:pPr>
            <w:r>
              <w:rPr>
                <w:rFonts w:ascii="Raleway" w:hAnsi="Raleway"/>
                <w:b/>
                <w:color w:val="FFFFFF"/>
                <w:lang w:val="fr-FR"/>
              </w:rPr>
              <w:t>DIRECTEUR DE THESE/RESPONSABLE DE GROUPE DE RECHERCHE</w:t>
            </w:r>
          </w:p>
        </w:tc>
      </w:tr>
      <w:tr w:rsidR="00634068" w:rsidRPr="00AE5949" w14:paraId="1B5AE9C5" w14:textId="77777777" w:rsidTr="00814C2E">
        <w:trPr>
          <w:jc w:val="center"/>
        </w:trPr>
        <w:tc>
          <w:tcPr>
            <w:tcW w:w="1479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1FF55576" w14:textId="77777777" w:rsidR="00634068" w:rsidRPr="0033423E" w:rsidRDefault="00634068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 xml:space="preserve">NOM </w:t>
            </w:r>
          </w:p>
        </w:tc>
        <w:tc>
          <w:tcPr>
            <w:tcW w:w="3521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</w:tcPr>
          <w:p w14:paraId="21DC4BF6" w14:textId="77777777" w:rsidR="00634068" w:rsidRPr="00AE5949" w:rsidRDefault="00634068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</w:p>
        </w:tc>
      </w:tr>
      <w:tr w:rsidR="00634068" w:rsidRPr="00634068" w14:paraId="358070FA" w14:textId="77777777" w:rsidTr="00814C2E">
        <w:trPr>
          <w:jc w:val="center"/>
        </w:trPr>
        <w:tc>
          <w:tcPr>
            <w:tcW w:w="1479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09C6F666" w14:textId="15C22CD4" w:rsidR="00634068" w:rsidRDefault="00634068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>POSITION</w:t>
            </w:r>
          </w:p>
        </w:tc>
        <w:tc>
          <w:tcPr>
            <w:tcW w:w="3521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</w:tcPr>
          <w:p w14:paraId="30E753A3" w14:textId="77777777" w:rsidR="00634068" w:rsidRPr="00AE5949" w:rsidRDefault="00634068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</w:p>
        </w:tc>
      </w:tr>
      <w:tr w:rsidR="00634068" w:rsidRPr="00634068" w14:paraId="5E4E54E4" w14:textId="77777777" w:rsidTr="00814C2E">
        <w:trPr>
          <w:jc w:val="center"/>
        </w:trPr>
        <w:tc>
          <w:tcPr>
            <w:tcW w:w="1479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7EAF5D8E" w14:textId="2D1241C3" w:rsidR="00634068" w:rsidRDefault="00634068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>DEPARTEMENT/GROUPE DE RECHERCHE</w:t>
            </w:r>
          </w:p>
        </w:tc>
        <w:tc>
          <w:tcPr>
            <w:tcW w:w="3521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</w:tcPr>
          <w:p w14:paraId="28A508C6" w14:textId="77777777" w:rsidR="00634068" w:rsidRPr="00AE5949" w:rsidRDefault="00634068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</w:p>
        </w:tc>
      </w:tr>
      <w:tr w:rsidR="00634068" w:rsidRPr="00634068" w14:paraId="6F21E555" w14:textId="77777777" w:rsidTr="00814C2E">
        <w:trPr>
          <w:jc w:val="center"/>
        </w:trPr>
        <w:tc>
          <w:tcPr>
            <w:tcW w:w="1479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61DE4534" w14:textId="2F2A78F6" w:rsidR="00634068" w:rsidRDefault="00634068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>ETABLISSEMENT D’ORIGINE</w:t>
            </w:r>
          </w:p>
        </w:tc>
        <w:tc>
          <w:tcPr>
            <w:tcW w:w="3521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</w:tcPr>
          <w:p w14:paraId="2711C0E5" w14:textId="77777777" w:rsidR="00634068" w:rsidRPr="00AE5949" w:rsidRDefault="00634068" w:rsidP="00814C2E">
            <w:pPr>
              <w:spacing w:after="0"/>
              <w:rPr>
                <w:rFonts w:ascii="Raleway" w:hAnsi="Raleway"/>
                <w:b/>
                <w:color w:val="1E5AF5"/>
                <w:lang w:val="fr-FR"/>
              </w:rPr>
            </w:pPr>
          </w:p>
        </w:tc>
      </w:tr>
    </w:tbl>
    <w:p w14:paraId="013D1AFD" w14:textId="77777777" w:rsidR="00634068" w:rsidRDefault="00634068" w:rsidP="0033423E">
      <w:pPr>
        <w:rPr>
          <w:rFonts w:ascii="Raleway" w:hAnsi="Raleway"/>
          <w:lang w:val="fr-FR"/>
        </w:rPr>
      </w:pPr>
    </w:p>
    <w:p w14:paraId="4C0F7B3B" w14:textId="77777777" w:rsidR="0033423E" w:rsidRDefault="0033423E" w:rsidP="003D2CF0">
      <w:pPr>
        <w:spacing w:after="0" w:line="240" w:lineRule="auto"/>
        <w:rPr>
          <w:rFonts w:ascii="Raleway" w:hAnsi="Raleway"/>
          <w:szCs w:val="18"/>
          <w:lang w:val="fr-FR"/>
        </w:rPr>
      </w:pPr>
    </w:p>
    <w:p w14:paraId="58075F23" w14:textId="5989642F" w:rsidR="00634068" w:rsidRPr="00552F2E" w:rsidRDefault="00634068" w:rsidP="00634068">
      <w:pPr>
        <w:jc w:val="both"/>
        <w:rPr>
          <w:rFonts w:ascii="Raleway" w:hAnsi="Raleway"/>
          <w:lang w:val="fr-FR"/>
        </w:rPr>
      </w:pPr>
      <w:proofErr w:type="gramStart"/>
      <w:r w:rsidRPr="00552F2E">
        <w:rPr>
          <w:rFonts w:ascii="Raleway" w:hAnsi="Raleway"/>
          <w:lang w:val="fr-FR"/>
        </w:rPr>
        <w:t>déclarons</w:t>
      </w:r>
      <w:proofErr w:type="gramEnd"/>
      <w:r w:rsidRPr="00552F2E">
        <w:rPr>
          <w:rFonts w:ascii="Raleway" w:hAnsi="Raleway"/>
          <w:lang w:val="fr-FR"/>
        </w:rPr>
        <w:t xml:space="preserve"> par la présente et nous engageons à ce que la période de mobilité proposée dans le cadre du Programme de Bourses </w:t>
      </w:r>
      <w:proofErr w:type="spellStart"/>
      <w:r w:rsidRPr="00552F2E">
        <w:rPr>
          <w:rFonts w:ascii="Raleway" w:hAnsi="Raleway"/>
          <w:lang w:val="fr-FR"/>
        </w:rPr>
        <w:t>Across</w:t>
      </w:r>
      <w:proofErr w:type="spellEnd"/>
      <w:r w:rsidRPr="00552F2E">
        <w:rPr>
          <w:rFonts w:ascii="Raleway" w:hAnsi="Raleway"/>
          <w:lang w:val="fr-FR"/>
        </w:rPr>
        <w:t xml:space="preserve"> </w:t>
      </w:r>
      <w:proofErr w:type="spellStart"/>
      <w:r w:rsidRPr="00552F2E">
        <w:rPr>
          <w:rFonts w:ascii="Raleway" w:hAnsi="Raleway"/>
          <w:lang w:val="fr-FR"/>
        </w:rPr>
        <w:t>Mobility</w:t>
      </w:r>
      <w:proofErr w:type="spellEnd"/>
      <w:r w:rsidRPr="00552F2E">
        <w:rPr>
          <w:rFonts w:ascii="Raleway" w:hAnsi="Raleway"/>
          <w:lang w:val="fr-FR"/>
        </w:rPr>
        <w:t>, d'une durée inférieure à un mois, fasse partie d'un plan de mobilité plus large destiné à atteindre une durée cumulative d'un mois conformément aux directives du programme.</w:t>
      </w:r>
    </w:p>
    <w:p w14:paraId="13E5FD95" w14:textId="06D54D5F" w:rsidR="00634068" w:rsidRPr="00552F2E" w:rsidRDefault="00634068" w:rsidP="00634068">
      <w:pPr>
        <w:rPr>
          <w:rFonts w:ascii="Raleway" w:hAnsi="Raleway"/>
          <w:lang w:val="fr-FR"/>
        </w:rPr>
      </w:pPr>
      <w:r w:rsidRPr="00552F2E">
        <w:rPr>
          <w:rFonts w:ascii="Raleway" w:hAnsi="Raleway"/>
          <w:lang w:val="fr-FR"/>
        </w:rPr>
        <w:t xml:space="preserve">Le candidat et le directeur de thèse reconnaissent </w:t>
      </w:r>
      <w:proofErr w:type="gramStart"/>
      <w:r w:rsidRPr="00552F2E">
        <w:rPr>
          <w:rFonts w:ascii="Raleway" w:hAnsi="Raleway"/>
          <w:lang w:val="fr-FR"/>
        </w:rPr>
        <w:t>que:</w:t>
      </w:r>
      <w:proofErr w:type="gramEnd"/>
    </w:p>
    <w:p w14:paraId="793E0548" w14:textId="77777777" w:rsidR="00634068" w:rsidRPr="00552F2E" w:rsidRDefault="00634068" w:rsidP="00634068">
      <w:pPr>
        <w:jc w:val="both"/>
        <w:rPr>
          <w:rFonts w:ascii="Raleway" w:hAnsi="Raleway"/>
          <w:lang w:val="fr-FR"/>
        </w:rPr>
      </w:pPr>
      <w:r w:rsidRPr="00552F2E">
        <w:rPr>
          <w:rFonts w:ascii="Raleway" w:hAnsi="Raleway"/>
          <w:lang w:val="fr-FR"/>
        </w:rPr>
        <w:t xml:space="preserve">- les périodes de mobilité d’une durée inférieure à un mois ne peuvent être cumulées que s’il existe un engagement clair à atteindre une durée cumulée de mobilité d’un </w:t>
      </w:r>
      <w:proofErr w:type="gramStart"/>
      <w:r w:rsidRPr="00552F2E">
        <w:rPr>
          <w:rFonts w:ascii="Raleway" w:hAnsi="Raleway"/>
          <w:lang w:val="fr-FR"/>
        </w:rPr>
        <w:t>mois;</w:t>
      </w:r>
      <w:proofErr w:type="gramEnd"/>
    </w:p>
    <w:p w14:paraId="5B5D9849" w14:textId="77777777" w:rsidR="00634068" w:rsidRPr="00552F2E" w:rsidRDefault="00634068" w:rsidP="00634068">
      <w:pPr>
        <w:jc w:val="both"/>
        <w:rPr>
          <w:rFonts w:ascii="Raleway" w:hAnsi="Raleway"/>
          <w:lang w:val="fr-FR"/>
        </w:rPr>
      </w:pPr>
      <w:r w:rsidRPr="00552F2E">
        <w:rPr>
          <w:rFonts w:ascii="Raleway" w:hAnsi="Raleway"/>
          <w:lang w:val="fr-FR"/>
        </w:rPr>
        <w:t>- la contribution financière totale correspondant aux périodes de mobilité cumulées ne doit pas dépasser le montant maximal fixé par le règlement du programme ;</w:t>
      </w:r>
    </w:p>
    <w:p w14:paraId="3A693E55" w14:textId="4005F760" w:rsidR="00634068" w:rsidRPr="00552F2E" w:rsidRDefault="00634068" w:rsidP="00634068">
      <w:pPr>
        <w:jc w:val="both"/>
        <w:rPr>
          <w:rFonts w:ascii="Raleway" w:hAnsi="Raleway"/>
          <w:lang w:val="fr-FR"/>
        </w:rPr>
      </w:pPr>
      <w:r w:rsidRPr="00552F2E">
        <w:rPr>
          <w:rFonts w:ascii="Raleway" w:hAnsi="Raleway"/>
          <w:lang w:val="fr-FR"/>
        </w:rPr>
        <w:t>- la priorité au sein du programme est accordée aux mobilités structurées autour d’une durée d’un mois et mises en œuvre en une seule période continue.</w:t>
      </w:r>
    </w:p>
    <w:p w14:paraId="72891FDD" w14:textId="77777777" w:rsidR="00634068" w:rsidRPr="00552F2E" w:rsidRDefault="00634068" w:rsidP="00634068">
      <w:pPr>
        <w:jc w:val="both"/>
        <w:rPr>
          <w:rFonts w:ascii="Raleway" w:hAnsi="Raleway"/>
          <w:lang w:val="fr-FR"/>
        </w:rPr>
      </w:pPr>
      <w:r w:rsidRPr="00552F2E">
        <w:rPr>
          <w:rFonts w:ascii="Raleway" w:hAnsi="Raleway"/>
          <w:lang w:val="fr-FR"/>
        </w:rPr>
        <w:t>Les soussignés confirment donc leur intention de mener à bien les activités de mobilité cumulées correspondantes dans le cadre du programme de bourses de mobilité.</w:t>
      </w:r>
    </w:p>
    <w:p w14:paraId="0FE63BDE" w14:textId="77777777" w:rsidR="003D2CF0" w:rsidRPr="003D2CF0" w:rsidRDefault="003D2CF0" w:rsidP="003D2CF0">
      <w:pPr>
        <w:autoSpaceDE w:val="0"/>
        <w:autoSpaceDN w:val="0"/>
        <w:adjustRightInd w:val="0"/>
        <w:spacing w:after="0" w:line="240" w:lineRule="auto"/>
        <w:jc w:val="both"/>
        <w:rPr>
          <w:rFonts w:ascii="Raleway" w:hAnsi="Raleway" w:cs="Calibri"/>
          <w:szCs w:val="18"/>
          <w:lang w:val="fr-F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89"/>
        <w:gridCol w:w="57"/>
      </w:tblGrid>
      <w:tr w:rsidR="003D2CF0" w:rsidRPr="00AE5949" w14:paraId="69330B7A" w14:textId="77777777" w:rsidTr="003D2CF0">
        <w:trPr>
          <w:trHeight w:val="396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5AF5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004FAECE" w14:textId="79FED3DF" w:rsidR="003D2CF0" w:rsidRPr="00AE5949" w:rsidRDefault="003D2CF0" w:rsidP="00814C2E">
            <w:pPr>
              <w:spacing w:after="0"/>
              <w:rPr>
                <w:rFonts w:ascii="Raleway" w:hAnsi="Raleway"/>
                <w:lang w:val="fr-FR"/>
              </w:rPr>
            </w:pPr>
            <w:r>
              <w:rPr>
                <w:rFonts w:ascii="Raleway" w:hAnsi="Raleway"/>
                <w:b/>
                <w:color w:val="FFFFFF"/>
                <w:lang w:val="fr-FR"/>
              </w:rPr>
              <w:t>LE PARTICIPANT</w:t>
            </w:r>
          </w:p>
        </w:tc>
      </w:tr>
      <w:tr w:rsidR="003D2CF0" w:rsidRPr="00AE5949" w14:paraId="2F7A1791" w14:textId="77777777" w:rsidTr="003D2CF0">
        <w:trPr>
          <w:gridAfter w:val="1"/>
          <w:wAfter w:w="27" w:type="pct"/>
          <w:jc w:val="center"/>
        </w:trPr>
        <w:tc>
          <w:tcPr>
            <w:tcW w:w="4973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37661D27" w14:textId="77777777" w:rsidR="003D2CF0" w:rsidRDefault="003D2CF0" w:rsidP="003D2CF0">
            <w:pPr>
              <w:spacing w:after="0" w:line="20" w:lineRule="atLeast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 xml:space="preserve">NOM : </w:t>
            </w:r>
          </w:p>
          <w:p w14:paraId="3A21ECB2" w14:textId="77777777" w:rsidR="003D2CF0" w:rsidRDefault="003D2CF0" w:rsidP="003D2CF0">
            <w:pPr>
              <w:spacing w:after="0" w:line="20" w:lineRule="atLeast"/>
              <w:rPr>
                <w:rFonts w:ascii="Raleway" w:hAnsi="Raleway"/>
                <w:b/>
                <w:color w:val="1E5AF5"/>
                <w:lang w:val="fr-FR"/>
              </w:rPr>
            </w:pPr>
          </w:p>
          <w:p w14:paraId="434740AD" w14:textId="77777777" w:rsidR="003D2CF0" w:rsidRDefault="003D2CF0" w:rsidP="003D2CF0">
            <w:pPr>
              <w:spacing w:after="0" w:line="20" w:lineRule="atLeast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 xml:space="preserve">SIGNATURE :                                                                                                                                    DATE : </w:t>
            </w:r>
          </w:p>
          <w:p w14:paraId="664C238E" w14:textId="191E6DAF" w:rsidR="003D2CF0" w:rsidRPr="0033423E" w:rsidRDefault="003D2CF0" w:rsidP="003D2CF0">
            <w:pPr>
              <w:spacing w:after="0" w:line="20" w:lineRule="atLeast"/>
              <w:rPr>
                <w:rFonts w:ascii="Raleway" w:hAnsi="Raleway"/>
                <w:b/>
                <w:color w:val="1E5AF5"/>
                <w:lang w:val="fr-FR"/>
              </w:rPr>
            </w:pPr>
          </w:p>
        </w:tc>
      </w:tr>
    </w:tbl>
    <w:p w14:paraId="2F5338F0" w14:textId="77777777" w:rsidR="003D2CF0" w:rsidRPr="0033423E" w:rsidRDefault="003D2CF0" w:rsidP="003D2CF0">
      <w:pPr>
        <w:autoSpaceDE w:val="0"/>
        <w:autoSpaceDN w:val="0"/>
        <w:adjustRightInd w:val="0"/>
        <w:spacing w:after="0" w:line="20" w:lineRule="atLeast"/>
        <w:jc w:val="both"/>
        <w:rPr>
          <w:rFonts w:ascii="Raleway" w:hAnsi="Raleway" w:cs="Calibri"/>
          <w:szCs w:val="18"/>
          <w:lang w:val="fr-FR"/>
        </w:rPr>
      </w:pPr>
    </w:p>
    <w:p w14:paraId="13876FFF" w14:textId="77777777" w:rsidR="003D2CF0" w:rsidRPr="003D2CF0" w:rsidRDefault="003D2CF0" w:rsidP="003D2CF0">
      <w:pPr>
        <w:autoSpaceDE w:val="0"/>
        <w:autoSpaceDN w:val="0"/>
        <w:adjustRightInd w:val="0"/>
        <w:spacing w:after="0" w:line="20" w:lineRule="atLeast"/>
        <w:jc w:val="both"/>
        <w:rPr>
          <w:rFonts w:ascii="Raleway" w:hAnsi="Raleway" w:cs="Calibri"/>
          <w:szCs w:val="18"/>
          <w:lang w:val="fr-F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89"/>
        <w:gridCol w:w="57"/>
      </w:tblGrid>
      <w:tr w:rsidR="003D2CF0" w:rsidRPr="00634068" w14:paraId="307DFD39" w14:textId="77777777" w:rsidTr="00814C2E">
        <w:trPr>
          <w:trHeight w:val="396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5AF5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4DE049DA" w14:textId="0FD54491" w:rsidR="003D2CF0" w:rsidRPr="00AE5949" w:rsidRDefault="003D2CF0" w:rsidP="003D2CF0">
            <w:pPr>
              <w:spacing w:after="0" w:line="20" w:lineRule="atLeast"/>
              <w:rPr>
                <w:rFonts w:ascii="Raleway" w:hAnsi="Raleway"/>
                <w:lang w:val="fr-FR"/>
              </w:rPr>
            </w:pPr>
            <w:r>
              <w:rPr>
                <w:rFonts w:ascii="Raleway" w:hAnsi="Raleway"/>
                <w:b/>
                <w:color w:val="FFFFFF"/>
                <w:lang w:val="fr-FR"/>
              </w:rPr>
              <w:t>L’ETABLISSEMENT D’ORIGINE : DIRECTEUR DE THESE/GROUPE DE RECHERCHE/LABORATOIRE</w:t>
            </w:r>
          </w:p>
        </w:tc>
      </w:tr>
      <w:tr w:rsidR="003D2CF0" w:rsidRPr="00AE5949" w14:paraId="6CC8DDFC" w14:textId="77777777" w:rsidTr="00814C2E">
        <w:trPr>
          <w:gridAfter w:val="1"/>
          <w:wAfter w:w="27" w:type="pct"/>
          <w:jc w:val="center"/>
        </w:trPr>
        <w:tc>
          <w:tcPr>
            <w:tcW w:w="4973" w:type="pct"/>
            <w:tcBorders>
              <w:top w:val="single" w:sz="8" w:space="0" w:color="1E5AF5"/>
              <w:left w:val="single" w:sz="8" w:space="0" w:color="1E5AF5"/>
              <w:bottom w:val="single" w:sz="8" w:space="0" w:color="1E5AF5"/>
              <w:right w:val="single" w:sz="8" w:space="0" w:color="1E5AF5"/>
            </w:tcBorders>
            <w:shd w:val="clear" w:color="auto" w:fill="F3F6FC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 w14:paraId="6C68430E" w14:textId="77777777" w:rsidR="003D2CF0" w:rsidRDefault="003D2CF0" w:rsidP="003D2CF0">
            <w:pPr>
              <w:spacing w:after="0" w:line="20" w:lineRule="atLeast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 xml:space="preserve">NOM : </w:t>
            </w:r>
          </w:p>
          <w:p w14:paraId="76E157A2" w14:textId="77777777" w:rsidR="003D2CF0" w:rsidRDefault="003D2CF0" w:rsidP="003D2CF0">
            <w:pPr>
              <w:spacing w:after="0" w:line="20" w:lineRule="atLeast"/>
              <w:rPr>
                <w:rFonts w:ascii="Raleway" w:hAnsi="Raleway"/>
                <w:b/>
                <w:color w:val="1E5AF5"/>
                <w:lang w:val="fr-FR"/>
              </w:rPr>
            </w:pPr>
          </w:p>
          <w:p w14:paraId="3DEBE341" w14:textId="77777777" w:rsidR="003D2CF0" w:rsidRDefault="003D2CF0" w:rsidP="003D2CF0">
            <w:pPr>
              <w:spacing w:after="0" w:line="20" w:lineRule="atLeast"/>
              <w:rPr>
                <w:rFonts w:ascii="Raleway" w:hAnsi="Raleway"/>
                <w:b/>
                <w:color w:val="1E5AF5"/>
                <w:lang w:val="fr-FR"/>
              </w:rPr>
            </w:pPr>
            <w:r>
              <w:rPr>
                <w:rFonts w:ascii="Raleway" w:hAnsi="Raleway"/>
                <w:b/>
                <w:color w:val="1E5AF5"/>
                <w:lang w:val="fr-FR"/>
              </w:rPr>
              <w:t xml:space="preserve">SIGNATURE :                                                                                                                                    DATE : </w:t>
            </w:r>
          </w:p>
          <w:p w14:paraId="1D7A02C4" w14:textId="77777777" w:rsidR="003D2CF0" w:rsidRPr="0033423E" w:rsidRDefault="003D2CF0" w:rsidP="003D2CF0">
            <w:pPr>
              <w:spacing w:after="0" w:line="20" w:lineRule="atLeast"/>
              <w:rPr>
                <w:rFonts w:ascii="Raleway" w:hAnsi="Raleway"/>
                <w:b/>
                <w:color w:val="1E5AF5"/>
                <w:lang w:val="fr-FR"/>
              </w:rPr>
            </w:pPr>
          </w:p>
        </w:tc>
      </w:tr>
    </w:tbl>
    <w:p w14:paraId="1BF54450" w14:textId="77777777" w:rsidR="003D2CF0" w:rsidRPr="003D2CF0" w:rsidRDefault="003D2CF0" w:rsidP="003D2CF0">
      <w:pPr>
        <w:autoSpaceDE w:val="0"/>
        <w:autoSpaceDN w:val="0"/>
        <w:adjustRightInd w:val="0"/>
        <w:spacing w:after="0" w:line="20" w:lineRule="atLeast"/>
        <w:jc w:val="both"/>
        <w:rPr>
          <w:rFonts w:ascii="Raleway" w:hAnsi="Raleway" w:cs="Calibri"/>
          <w:szCs w:val="18"/>
          <w:lang w:val="fr-FR"/>
        </w:rPr>
      </w:pPr>
    </w:p>
    <w:p w14:paraId="11F82E9D" w14:textId="77777777" w:rsidR="0010374A" w:rsidRPr="0033423E" w:rsidRDefault="0010374A">
      <w:pPr>
        <w:rPr>
          <w:rFonts w:ascii="Raleway" w:hAnsi="Raleway"/>
          <w:lang w:val="fr-F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75"/>
        <w:gridCol w:w="59"/>
      </w:tblGrid>
      <w:tr w:rsidR="0010374A" w:rsidRPr="00AE5949" w14:paraId="13A5CADA" w14:textId="77777777" w:rsidTr="00814C2E">
        <w:trPr>
          <w:gridAfter w:val="1"/>
          <w:wAfter w:w="28" w:type="pct"/>
          <w:jc w:val="center"/>
        </w:trPr>
        <w:tc>
          <w:tcPr>
            <w:tcW w:w="4972" w:type="pct"/>
            <w:tcBorders>
              <w:top w:val="single" w:sz="5" w:space="0" w:color="B8C7F5"/>
              <w:left w:val="single" w:sz="5" w:space="0" w:color="B8C7F5"/>
              <w:bottom w:val="single" w:sz="5" w:space="0" w:color="B8C7F5"/>
              <w:right w:val="single" w:sz="5" w:space="0" w:color="B8C7F5"/>
            </w:tcBorders>
          </w:tcPr>
          <w:p w14:paraId="4CBFC943" w14:textId="77777777" w:rsidR="0010374A" w:rsidRPr="00AE5949" w:rsidRDefault="0010374A" w:rsidP="00814C2E">
            <w:pPr>
              <w:spacing w:after="0"/>
              <w:rPr>
                <w:rFonts w:ascii="Raleway" w:hAnsi="Raleway"/>
                <w:b/>
                <w:color w:val="111111"/>
              </w:rPr>
            </w:pPr>
            <w:r w:rsidRPr="00AE5949">
              <w:rPr>
                <w:rFonts w:ascii="Raleway" w:hAnsi="Raleway"/>
                <w:noProof/>
                <w:color w:val="596274"/>
                <w:sz w:val="16"/>
              </w:rPr>
              <w:drawing>
                <wp:inline distT="0" distB="0" distL="0" distR="0" wp14:anchorId="1F4E47C1" wp14:editId="192381D2">
                  <wp:extent cx="2095500" cy="1230385"/>
                  <wp:effectExtent l="0" t="0" r="0" b="825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417" cy="123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8F04C" w14:textId="77777777" w:rsidR="0010374A" w:rsidRPr="00AE5949" w:rsidRDefault="0010374A" w:rsidP="00814C2E">
            <w:pPr>
              <w:spacing w:after="0"/>
              <w:rPr>
                <w:rFonts w:ascii="Raleway" w:hAnsi="Raleway"/>
                <w:b/>
                <w:bCs/>
                <w:color w:val="111111"/>
                <w:sz w:val="17"/>
              </w:rPr>
            </w:pPr>
            <w:r w:rsidRPr="00AE5949">
              <w:rPr>
                <w:rFonts w:ascii="Raleway" w:hAnsi="Raleway"/>
                <w:b/>
                <w:color w:val="111111"/>
                <w:sz w:val="17"/>
                <w:szCs w:val="17"/>
              </w:rPr>
              <w:t xml:space="preserve">Bureau Across </w:t>
            </w:r>
            <w:proofErr w:type="gramStart"/>
            <w:r w:rsidRPr="00AE5949">
              <w:rPr>
                <w:rFonts w:ascii="Raleway" w:hAnsi="Raleway"/>
                <w:b/>
                <w:color w:val="111111"/>
                <w:sz w:val="17"/>
                <w:szCs w:val="17"/>
              </w:rPr>
              <w:t>UPVD :</w:t>
            </w:r>
            <w:proofErr w:type="gramEnd"/>
            <w:r w:rsidRPr="00AE5949">
              <w:rPr>
                <w:rFonts w:ascii="Raleway" w:hAnsi="Raleway"/>
                <w:b/>
                <w:color w:val="111111"/>
              </w:rPr>
              <w:t xml:space="preserve"> </w:t>
            </w:r>
            <w:hyperlink r:id="rId16" w:history="1">
              <w:r w:rsidRPr="00AE5949">
                <w:rPr>
                  <w:rStyle w:val="Lienhypertexte"/>
                  <w:rFonts w:ascii="Raleway" w:hAnsi="Raleway"/>
                  <w:b/>
                  <w:bCs/>
                  <w:sz w:val="17"/>
                </w:rPr>
                <w:t>bureau-across@univ-perp.fr</w:t>
              </w:r>
            </w:hyperlink>
          </w:p>
          <w:p w14:paraId="2A477D7C" w14:textId="77777777" w:rsidR="0010374A" w:rsidRPr="00AE5949" w:rsidRDefault="0010374A" w:rsidP="00814C2E">
            <w:pPr>
              <w:spacing w:after="0"/>
              <w:jc w:val="center"/>
              <w:rPr>
                <w:rFonts w:ascii="Raleway" w:hAnsi="Raleway"/>
              </w:rPr>
            </w:pPr>
          </w:p>
        </w:tc>
      </w:tr>
      <w:tr w:rsidR="0010374A" w:rsidRPr="00AE5949" w14:paraId="40EEAC21" w14:textId="77777777" w:rsidTr="00814C2E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E5AF5"/>
          </w:tcPr>
          <w:p w14:paraId="5A63C7A3" w14:textId="77777777" w:rsidR="0010374A" w:rsidRPr="00AE5949" w:rsidRDefault="0010374A" w:rsidP="00814C2E">
            <w:pPr>
              <w:rPr>
                <w:rFonts w:ascii="Raleway" w:hAnsi="Raleway"/>
              </w:rPr>
            </w:pPr>
            <w:r w:rsidRPr="00AE5949">
              <w:rPr>
                <w:rFonts w:ascii="Raleway" w:hAnsi="Raleway"/>
                <w:noProof/>
              </w:rPr>
              <w:drawing>
                <wp:inline distT="0" distB="0" distL="0" distR="0" wp14:anchorId="02380C71" wp14:editId="3B41F28A">
                  <wp:extent cx="2232000" cy="49696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_Co-fundedbytheEU_RGB_WHITE-Outline-1024x228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00" cy="496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475CCD" w14:textId="77777777" w:rsidR="0010374A" w:rsidRPr="00AE5949" w:rsidRDefault="0010374A">
      <w:pPr>
        <w:rPr>
          <w:rFonts w:ascii="Raleway" w:hAnsi="Raleway"/>
        </w:rPr>
      </w:pPr>
    </w:p>
    <w:sectPr w:rsidR="0010374A" w:rsidRPr="00AE5949" w:rsidSect="00034616">
      <w:pgSz w:w="11906" w:h="16838"/>
      <w:pgMar w:top="454" w:right="680" w:bottom="425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B37B5" w14:textId="77777777" w:rsidR="0033423E" w:rsidRDefault="0033423E" w:rsidP="0033423E">
      <w:pPr>
        <w:spacing w:after="0" w:line="240" w:lineRule="auto"/>
      </w:pPr>
      <w:r>
        <w:separator/>
      </w:r>
    </w:p>
  </w:endnote>
  <w:endnote w:type="continuationSeparator" w:id="0">
    <w:p w14:paraId="7D420D09" w14:textId="77777777" w:rsidR="0033423E" w:rsidRDefault="0033423E" w:rsidP="0033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B1E55" w14:textId="77777777" w:rsidR="0033423E" w:rsidRDefault="0033423E" w:rsidP="0033423E">
      <w:pPr>
        <w:spacing w:after="0" w:line="240" w:lineRule="auto"/>
      </w:pPr>
      <w:r>
        <w:separator/>
      </w:r>
    </w:p>
  </w:footnote>
  <w:footnote w:type="continuationSeparator" w:id="0">
    <w:p w14:paraId="338A385B" w14:textId="77777777" w:rsidR="0033423E" w:rsidRDefault="0033423E" w:rsidP="00334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864B05"/>
    <w:multiLevelType w:val="multilevel"/>
    <w:tmpl w:val="6688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4E03B2"/>
    <w:multiLevelType w:val="multilevel"/>
    <w:tmpl w:val="D118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64136E"/>
    <w:multiLevelType w:val="multilevel"/>
    <w:tmpl w:val="21A0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051448">
    <w:abstractNumId w:val="8"/>
  </w:num>
  <w:num w:numId="2" w16cid:durableId="499348934">
    <w:abstractNumId w:val="6"/>
  </w:num>
  <w:num w:numId="3" w16cid:durableId="1168129003">
    <w:abstractNumId w:val="5"/>
  </w:num>
  <w:num w:numId="4" w16cid:durableId="916935789">
    <w:abstractNumId w:val="4"/>
  </w:num>
  <w:num w:numId="5" w16cid:durableId="1433739386">
    <w:abstractNumId w:val="7"/>
  </w:num>
  <w:num w:numId="6" w16cid:durableId="2001232765">
    <w:abstractNumId w:val="3"/>
  </w:num>
  <w:num w:numId="7" w16cid:durableId="876355477">
    <w:abstractNumId w:val="2"/>
  </w:num>
  <w:num w:numId="8" w16cid:durableId="841892426">
    <w:abstractNumId w:val="1"/>
  </w:num>
  <w:num w:numId="9" w16cid:durableId="484397585">
    <w:abstractNumId w:val="0"/>
  </w:num>
  <w:num w:numId="10" w16cid:durableId="2099671505">
    <w:abstractNumId w:val="10"/>
  </w:num>
  <w:num w:numId="11" w16cid:durableId="359746079">
    <w:abstractNumId w:val="11"/>
  </w:num>
  <w:num w:numId="12" w16cid:durableId="6533384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605"/>
    <w:rsid w:val="0010374A"/>
    <w:rsid w:val="0015074B"/>
    <w:rsid w:val="0029639D"/>
    <w:rsid w:val="00326F90"/>
    <w:rsid w:val="0033423E"/>
    <w:rsid w:val="003D2CF0"/>
    <w:rsid w:val="00634068"/>
    <w:rsid w:val="007419C6"/>
    <w:rsid w:val="008D4B15"/>
    <w:rsid w:val="008E50AF"/>
    <w:rsid w:val="009D2436"/>
    <w:rsid w:val="00A1114D"/>
    <w:rsid w:val="00AA1D8D"/>
    <w:rsid w:val="00AE5949"/>
    <w:rsid w:val="00B47730"/>
    <w:rsid w:val="00CB0664"/>
    <w:rsid w:val="00D459ED"/>
    <w:rsid w:val="00D52988"/>
    <w:rsid w:val="00E008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2E8D2"/>
  <w14:defaultImageDpi w14:val="300"/>
  <w15:docId w15:val="{8207627B-40B0-45BC-A9B5-FCF361F7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0B260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2605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nhideWhenUsed/>
    <w:rsid w:val="00E008D9"/>
    <w:pPr>
      <w:spacing w:after="160" w:line="240" w:lineRule="auto"/>
    </w:pPr>
    <w:rPr>
      <w:rFonts w:asciiTheme="minorHAnsi" w:eastAsiaTheme="minorHAnsi" w:hAnsiTheme="minorHAnsi"/>
      <w:kern w:val="2"/>
      <w:sz w:val="20"/>
      <w:szCs w:val="20"/>
      <w:lang w:val="pl-PL"/>
      <w14:ligatures w14:val="standardContextual"/>
    </w:rPr>
  </w:style>
  <w:style w:type="character" w:customStyle="1" w:styleId="CommentaireCar">
    <w:name w:val="Commentaire Car"/>
    <w:basedOn w:val="Policepardfaut"/>
    <w:link w:val="Commentaire"/>
    <w:rsid w:val="00E008D9"/>
    <w:rPr>
      <w:rFonts w:eastAsiaTheme="minorHAnsi"/>
      <w:kern w:val="2"/>
      <w:sz w:val="20"/>
      <w:szCs w:val="20"/>
      <w:lang w:val="pl-PL"/>
      <w14:ligatures w14:val="standardContextual"/>
    </w:rPr>
  </w:style>
  <w:style w:type="paragraph" w:styleId="Notedefin">
    <w:name w:val="endnote text"/>
    <w:basedOn w:val="Normal"/>
    <w:link w:val="NotedefinCar"/>
    <w:semiHidden/>
    <w:rsid w:val="0033423E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otedefinCar">
    <w:name w:val="Note de fin Car"/>
    <w:basedOn w:val="Policepardfaut"/>
    <w:link w:val="Notedefin"/>
    <w:semiHidden/>
    <w:rsid w:val="0033423E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Appeldenotedefin">
    <w:name w:val="endnote reference"/>
    <w:rsid w:val="003342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mailto:bureau-across@univ-perp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Hollander Lea</cp:lastModifiedBy>
  <cp:revision>7</cp:revision>
  <dcterms:created xsi:type="dcterms:W3CDTF">2026-07-21T12:52:00Z</dcterms:created>
  <dcterms:modified xsi:type="dcterms:W3CDTF">2026-07-23T11:39:00Z</dcterms:modified>
  <cp:category/>
</cp:coreProperties>
</file>