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FCD40" w14:textId="77777777" w:rsidR="00D459ED" w:rsidRDefault="008D4B15">
      <w:pPr>
        <w:spacing w:after="60"/>
        <w:jc w:val="center"/>
      </w:pPr>
      <w:r>
        <w:rPr>
          <w:noProof/>
        </w:rPr>
        <w:drawing>
          <wp:inline distT="0" distB="0" distL="0" distR="0" wp14:anchorId="627B28F0" wp14:editId="29DE7367">
            <wp:extent cx="6696000" cy="11074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ross_header_banner_Word_safe.png"/>
                    <pic:cNvPicPr/>
                  </pic:nvPicPr>
                  <pic:blipFill>
                    <a:blip r:embed="rId8"/>
                    <a:stretch>
                      <a:fillRect/>
                    </a:stretch>
                  </pic:blipFill>
                  <pic:spPr>
                    <a:xfrm>
                      <a:off x="0" y="0"/>
                      <a:ext cx="6696000" cy="1107416"/>
                    </a:xfrm>
                    <a:prstGeom prst="rect">
                      <a:avLst/>
                    </a:prstGeom>
                  </pic:spPr>
                </pic:pic>
              </a:graphicData>
            </a:graphic>
          </wp:inline>
        </w:drawing>
      </w:r>
    </w:p>
    <w:p w14:paraId="0881E8D2" w14:textId="77777777" w:rsidR="00D459ED" w:rsidRDefault="008D4B15">
      <w:pPr>
        <w:spacing w:before="60" w:after="40"/>
      </w:pPr>
      <w:r>
        <w:rPr>
          <w:noProof/>
        </w:rPr>
        <w:drawing>
          <wp:inline distT="0" distB="0" distL="0" distR="0" wp14:anchorId="55FE05B1" wp14:editId="0D2D37E3">
            <wp:extent cx="3780000" cy="486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ross_route_strip.png"/>
                    <pic:cNvPicPr/>
                  </pic:nvPicPr>
                  <pic:blipFill>
                    <a:blip r:embed="rId9"/>
                    <a:stretch>
                      <a:fillRect/>
                    </a:stretch>
                  </pic:blipFill>
                  <pic:spPr>
                    <a:xfrm>
                      <a:off x="0" y="0"/>
                      <a:ext cx="3780000" cy="486000"/>
                    </a:xfrm>
                    <a:prstGeom prst="rect">
                      <a:avLst/>
                    </a:prstGeom>
                  </pic:spPr>
                </pic:pic>
              </a:graphicData>
            </a:graphic>
          </wp:inline>
        </w:drawing>
      </w:r>
    </w:p>
    <w:p w14:paraId="7ACD6839" w14:textId="030C00F4" w:rsidR="00D459ED" w:rsidRPr="00AE5949" w:rsidRDefault="00E008D9">
      <w:pPr>
        <w:spacing w:after="40"/>
        <w:rPr>
          <w:rFonts w:ascii="Raleway" w:hAnsi="Raleway"/>
          <w:lang w:val="fr-FR"/>
        </w:rPr>
      </w:pPr>
      <w:r>
        <w:rPr>
          <w:rFonts w:ascii="Raleway" w:hAnsi="Raleway"/>
          <w:b/>
          <w:color w:val="1E5AF5"/>
          <w:sz w:val="20"/>
          <w:lang w:val="fr-FR"/>
        </w:rPr>
        <w:t>ACCORD DE MOBILITE</w:t>
      </w:r>
    </w:p>
    <w:p w14:paraId="720C6B05" w14:textId="77777777" w:rsidR="009D2436" w:rsidRPr="00AE5949" w:rsidRDefault="009D2436">
      <w:pPr>
        <w:spacing w:after="100" w:line="240" w:lineRule="auto"/>
        <w:rPr>
          <w:rFonts w:ascii="Raleway" w:hAnsi="Raleway"/>
          <w:b/>
          <w:color w:val="111111"/>
          <w:sz w:val="46"/>
          <w:lang w:val="fr-FR"/>
        </w:rPr>
      </w:pPr>
      <w:r w:rsidRPr="00AE5949">
        <w:rPr>
          <w:rFonts w:ascii="Raleway" w:hAnsi="Raleway"/>
          <w:b/>
          <w:color w:val="111111"/>
          <w:sz w:val="46"/>
          <w:lang w:val="fr-FR"/>
        </w:rPr>
        <w:t>Programme de bourses de mobilité</w:t>
      </w:r>
    </w:p>
    <w:p w14:paraId="35244BCB" w14:textId="7BCAD9D9" w:rsidR="00D459ED" w:rsidRPr="00AE5949" w:rsidRDefault="009D2436">
      <w:pPr>
        <w:spacing w:after="100" w:line="240" w:lineRule="auto"/>
        <w:rPr>
          <w:rFonts w:ascii="Raleway" w:hAnsi="Raleway"/>
          <w:lang w:val="fr-FR"/>
        </w:rPr>
      </w:pPr>
      <w:r w:rsidRPr="00AE5949">
        <w:rPr>
          <w:rFonts w:ascii="Raleway" w:hAnsi="Raleway"/>
          <w:b/>
          <w:color w:val="111111"/>
          <w:sz w:val="46"/>
          <w:lang w:val="fr-FR"/>
        </w:rPr>
        <w:t>Chercheurs en début de carrière</w:t>
      </w:r>
      <w:r w:rsidR="008D4B15" w:rsidRPr="00AE5949">
        <w:rPr>
          <w:rFonts w:ascii="Raleway" w:hAnsi="Raleway"/>
          <w:b/>
          <w:color w:val="111111"/>
          <w:sz w:val="46"/>
          <w:lang w:val="fr-FR"/>
        </w:rPr>
        <w:t xml:space="preserve"> (R1)</w:t>
      </w:r>
    </w:p>
    <w:tbl>
      <w:tblPr>
        <w:tblW w:w="0" w:type="auto"/>
        <w:jc w:val="center"/>
        <w:tblLayout w:type="fixed"/>
        <w:tblLook w:val="04A0" w:firstRow="1" w:lastRow="0" w:firstColumn="1" w:lastColumn="0" w:noHBand="0" w:noVBand="1"/>
      </w:tblPr>
      <w:tblGrid>
        <w:gridCol w:w="2636"/>
        <w:gridCol w:w="2636"/>
        <w:gridCol w:w="2636"/>
        <w:gridCol w:w="2636"/>
      </w:tblGrid>
      <w:tr w:rsidR="00AE5949" w:rsidRPr="00AE5949" w14:paraId="5A85379B" w14:textId="77777777" w:rsidTr="00AE5949">
        <w:trPr>
          <w:jc w:val="center"/>
        </w:trPr>
        <w:tc>
          <w:tcPr>
            <w:tcW w:w="2636" w:type="dxa"/>
            <w:tcMar>
              <w:top w:w="20" w:type="dxa"/>
              <w:left w:w="20" w:type="dxa"/>
              <w:bottom w:w="20" w:type="dxa"/>
              <w:right w:w="20" w:type="dxa"/>
            </w:tcMar>
            <w:vAlign w:val="center"/>
            <w:hideMark/>
          </w:tcPr>
          <w:p w14:paraId="61E37290" w14:textId="10100A60" w:rsidR="00AE5949" w:rsidRPr="00AE5949" w:rsidRDefault="00AE5949" w:rsidP="00AE5949">
            <w:pPr>
              <w:spacing w:before="140" w:after="20"/>
              <w:rPr>
                <w:rFonts w:ascii="Raleway" w:hAnsi="Raleway"/>
                <w:b/>
                <w:color w:val="1E5AF5"/>
                <w:sz w:val="24"/>
              </w:rPr>
            </w:pPr>
            <w:r w:rsidRPr="00AE5949">
              <w:rPr>
                <w:rFonts w:ascii="Raleway" w:hAnsi="Raleway"/>
                <w:b/>
                <w:noProof/>
                <w:color w:val="1E5AF5"/>
                <w:sz w:val="24"/>
              </w:rPr>
              <w:drawing>
                <wp:inline distT="0" distB="0" distL="0" distR="0" wp14:anchorId="0FB87868" wp14:editId="3CD69B49">
                  <wp:extent cx="365760" cy="36576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 cy="365760"/>
                          </a:xfrm>
                          <a:prstGeom prst="rect">
                            <a:avLst/>
                          </a:prstGeom>
                          <a:noFill/>
                          <a:ln>
                            <a:noFill/>
                          </a:ln>
                        </pic:spPr>
                      </pic:pic>
                    </a:graphicData>
                  </a:graphic>
                </wp:inline>
              </w:drawing>
            </w:r>
          </w:p>
        </w:tc>
        <w:tc>
          <w:tcPr>
            <w:tcW w:w="2636" w:type="dxa"/>
            <w:tcMar>
              <w:top w:w="20" w:type="dxa"/>
              <w:left w:w="20" w:type="dxa"/>
              <w:bottom w:w="20" w:type="dxa"/>
              <w:right w:w="20" w:type="dxa"/>
            </w:tcMar>
            <w:vAlign w:val="center"/>
            <w:hideMark/>
          </w:tcPr>
          <w:p w14:paraId="6DAEF406" w14:textId="4F6685D5" w:rsidR="00AE5949" w:rsidRPr="00AE5949" w:rsidRDefault="00AE5949" w:rsidP="00AE5949">
            <w:pPr>
              <w:spacing w:before="140" w:after="20"/>
              <w:rPr>
                <w:rFonts w:ascii="Raleway" w:hAnsi="Raleway"/>
                <w:b/>
                <w:color w:val="1E5AF5"/>
                <w:sz w:val="24"/>
              </w:rPr>
            </w:pPr>
            <w:r w:rsidRPr="00AE5949">
              <w:rPr>
                <w:rFonts w:ascii="Raleway" w:hAnsi="Raleway"/>
                <w:b/>
                <w:noProof/>
                <w:color w:val="1E5AF5"/>
                <w:sz w:val="24"/>
              </w:rPr>
              <w:drawing>
                <wp:inline distT="0" distB="0" distL="0" distR="0" wp14:anchorId="32EFE621" wp14:editId="0FF1EEE5">
                  <wp:extent cx="1440180" cy="289560"/>
                  <wp:effectExtent l="0" t="0" r="762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289560"/>
                          </a:xfrm>
                          <a:prstGeom prst="rect">
                            <a:avLst/>
                          </a:prstGeom>
                          <a:noFill/>
                          <a:ln>
                            <a:noFill/>
                          </a:ln>
                        </pic:spPr>
                      </pic:pic>
                    </a:graphicData>
                  </a:graphic>
                </wp:inline>
              </w:drawing>
            </w:r>
          </w:p>
        </w:tc>
        <w:tc>
          <w:tcPr>
            <w:tcW w:w="2636" w:type="dxa"/>
            <w:shd w:val="clear" w:color="auto" w:fill="FFFFFF"/>
            <w:tcMar>
              <w:top w:w="100" w:type="dxa"/>
              <w:left w:w="130" w:type="dxa"/>
              <w:bottom w:w="100" w:type="dxa"/>
              <w:right w:w="130" w:type="dxa"/>
            </w:tcMar>
            <w:vAlign w:val="center"/>
          </w:tcPr>
          <w:p w14:paraId="6BD471BA" w14:textId="77777777" w:rsidR="00AE5949" w:rsidRPr="00AE5949" w:rsidRDefault="00AE5949" w:rsidP="00AE5949">
            <w:pPr>
              <w:spacing w:before="140" w:after="20"/>
              <w:rPr>
                <w:rFonts w:ascii="Raleway" w:hAnsi="Raleway"/>
                <w:b/>
                <w:color w:val="1E5AF5"/>
                <w:sz w:val="24"/>
              </w:rPr>
            </w:pPr>
          </w:p>
        </w:tc>
        <w:tc>
          <w:tcPr>
            <w:tcW w:w="2636" w:type="dxa"/>
            <w:tcMar>
              <w:top w:w="20" w:type="dxa"/>
              <w:left w:w="20" w:type="dxa"/>
              <w:bottom w:w="20" w:type="dxa"/>
              <w:right w:w="20" w:type="dxa"/>
            </w:tcMar>
            <w:vAlign w:val="center"/>
            <w:hideMark/>
          </w:tcPr>
          <w:p w14:paraId="501BEDF9" w14:textId="60293375" w:rsidR="00AE5949" w:rsidRPr="00AE5949" w:rsidRDefault="00AE5949" w:rsidP="00AE5949">
            <w:pPr>
              <w:spacing w:before="140" w:after="20"/>
              <w:rPr>
                <w:rFonts w:ascii="Raleway" w:hAnsi="Raleway"/>
                <w:b/>
                <w:color w:val="1E5AF5"/>
                <w:sz w:val="24"/>
              </w:rPr>
            </w:pPr>
            <w:r w:rsidRPr="00AE5949">
              <w:rPr>
                <w:rFonts w:ascii="Raleway" w:hAnsi="Raleway"/>
                <w:b/>
                <w:noProof/>
                <w:color w:val="1E5AF5"/>
                <w:sz w:val="24"/>
              </w:rPr>
              <w:drawing>
                <wp:inline distT="0" distB="0" distL="0" distR="0" wp14:anchorId="385C4A3E" wp14:editId="4DB627FF">
                  <wp:extent cx="1440180" cy="289560"/>
                  <wp:effectExtent l="0" t="0" r="762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180" cy="289560"/>
                          </a:xfrm>
                          <a:prstGeom prst="rect">
                            <a:avLst/>
                          </a:prstGeom>
                          <a:noFill/>
                          <a:ln>
                            <a:noFill/>
                          </a:ln>
                        </pic:spPr>
                      </pic:pic>
                    </a:graphicData>
                  </a:graphic>
                </wp:inline>
              </w:drawing>
            </w:r>
          </w:p>
        </w:tc>
      </w:tr>
    </w:tbl>
    <w:p w14:paraId="43B32075" w14:textId="77777777" w:rsidR="00AE5949" w:rsidRPr="00AE5949" w:rsidRDefault="00AE5949" w:rsidP="00AE5949">
      <w:pPr>
        <w:spacing w:before="140" w:after="20"/>
        <w:rPr>
          <w:rFonts w:ascii="Raleway" w:hAnsi="Raleway"/>
          <w:b/>
          <w:color w:val="1E5AF5"/>
          <w:sz w:val="16"/>
          <w:szCs w:val="16"/>
        </w:rPr>
      </w:pPr>
      <w:r w:rsidRPr="00AE5949">
        <w:rPr>
          <w:rFonts w:ascii="Raleway" w:hAnsi="Raleway"/>
          <w:b/>
          <w:color w:val="1E5AF5"/>
          <w:sz w:val="16"/>
          <w:szCs w:val="16"/>
        </w:rPr>
        <w:t>MOBILITY CONTENT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3"/>
        <w:gridCol w:w="5273"/>
      </w:tblGrid>
      <w:tr w:rsidR="00AE5949" w:rsidRPr="00AE5949" w14:paraId="4AB0962E" w14:textId="77777777" w:rsidTr="00AE5949">
        <w:trPr>
          <w:jc w:val="center"/>
        </w:trPr>
        <w:tc>
          <w:tcPr>
            <w:tcW w:w="5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49F0F89A" w14:textId="0E990409" w:rsidR="00AE5949" w:rsidRPr="00AE5949" w:rsidRDefault="00AE5949" w:rsidP="00AE5949">
            <w:pPr>
              <w:spacing w:before="140" w:after="20"/>
              <w:rPr>
                <w:rFonts w:ascii="Raleway" w:hAnsi="Raleway"/>
                <w:b/>
                <w:color w:val="1E5AF5"/>
                <w:sz w:val="24"/>
              </w:rPr>
            </w:pPr>
            <w:r w:rsidRPr="00AE5949">
              <w:rPr>
                <w:rFonts w:ascii="Raleway" w:hAnsi="Raleway"/>
                <w:b/>
                <w:noProof/>
                <w:color w:val="1E5AF5"/>
                <w:sz w:val="24"/>
              </w:rPr>
              <w:drawing>
                <wp:inline distT="0" distB="0" distL="0" distR="0" wp14:anchorId="47990696" wp14:editId="72DFCBC4">
                  <wp:extent cx="335280" cy="3352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80" cy="335280"/>
                          </a:xfrm>
                          <a:prstGeom prst="rect">
                            <a:avLst/>
                          </a:prstGeom>
                          <a:noFill/>
                          <a:ln>
                            <a:noFill/>
                          </a:ln>
                        </pic:spPr>
                      </pic:pic>
                    </a:graphicData>
                  </a:graphic>
                </wp:inline>
              </w:drawing>
            </w:r>
          </w:p>
        </w:tc>
        <w:tc>
          <w:tcPr>
            <w:tcW w:w="5273" w:type="dxa"/>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vAlign w:val="center"/>
            <w:hideMark/>
          </w:tcPr>
          <w:p w14:paraId="3C7E0C74" w14:textId="46386AEB" w:rsidR="00AE5949" w:rsidRPr="00AE5949" w:rsidRDefault="00AE5949" w:rsidP="00AE5949">
            <w:pPr>
              <w:spacing w:before="140" w:after="20"/>
              <w:rPr>
                <w:rFonts w:ascii="Raleway" w:hAnsi="Raleway"/>
                <w:b/>
                <w:color w:val="1E5AF5"/>
                <w:sz w:val="24"/>
              </w:rPr>
            </w:pPr>
            <w:r w:rsidRPr="00AE5949">
              <w:rPr>
                <w:rFonts w:ascii="Raleway" w:hAnsi="Raleway"/>
                <w:b/>
                <w:noProof/>
                <w:color w:val="1E5AF5"/>
                <w:sz w:val="24"/>
              </w:rPr>
              <w:drawing>
                <wp:inline distT="0" distB="0" distL="0" distR="0" wp14:anchorId="549E8F11" wp14:editId="75187474">
                  <wp:extent cx="1648460" cy="266065"/>
                  <wp:effectExtent l="0" t="0" r="889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48460" cy="266065"/>
                          </a:xfrm>
                          <a:prstGeom prst="rect">
                            <a:avLst/>
                          </a:prstGeom>
                          <a:noFill/>
                          <a:ln>
                            <a:noFill/>
                          </a:ln>
                        </pic:spPr>
                      </pic:pic>
                    </a:graphicData>
                  </a:graphic>
                </wp:inline>
              </w:drawing>
            </w:r>
          </w:p>
        </w:tc>
      </w:tr>
    </w:tbl>
    <w:p w14:paraId="46C1B09A" w14:textId="77777777" w:rsidR="00AE5949" w:rsidRPr="00AE5949" w:rsidRDefault="00AE5949" w:rsidP="00AE5949">
      <w:pPr>
        <w:spacing w:after="20"/>
        <w:jc w:val="both"/>
        <w:rPr>
          <w:rFonts w:ascii="Raleway" w:hAnsi="Raleway"/>
          <w:b/>
          <w:color w:val="1E5AF5"/>
          <w:sz w:val="24"/>
          <w:lang w:val="fr-FR"/>
        </w:rPr>
      </w:pPr>
    </w:p>
    <w:p w14:paraId="47ACF960" w14:textId="77777777" w:rsidR="00E008D9" w:rsidRPr="00E008D9" w:rsidRDefault="00E008D9" w:rsidP="00E008D9">
      <w:pPr>
        <w:pStyle w:val="Commentaire"/>
        <w:tabs>
          <w:tab w:val="left" w:pos="2552"/>
          <w:tab w:val="left" w:pos="3686"/>
          <w:tab w:val="left" w:pos="5954"/>
        </w:tabs>
        <w:spacing w:after="0"/>
        <w:rPr>
          <w:rFonts w:ascii="Raleway" w:hAnsi="Raleway" w:cs="Calibri"/>
          <w:sz w:val="18"/>
          <w:szCs w:val="18"/>
          <w:lang w:val="fr-FR"/>
        </w:rPr>
      </w:pPr>
      <w:r w:rsidRPr="00E008D9">
        <w:rPr>
          <w:rFonts w:ascii="Raleway" w:eastAsiaTheme="minorEastAsia" w:hAnsi="Raleway" w:cs="Arial"/>
          <w:b/>
          <w:color w:val="002060"/>
          <w:kern w:val="0"/>
          <w:sz w:val="18"/>
          <w:szCs w:val="18"/>
          <w:lang w:val="fr-FR"/>
          <w14:ligatures w14:val="none"/>
        </w:rPr>
        <w:t xml:space="preserve">Période prévue pour la mobilité </w:t>
      </w:r>
      <w:proofErr w:type="gramStart"/>
      <w:r w:rsidRPr="00E008D9">
        <w:rPr>
          <w:rFonts w:ascii="Raleway" w:eastAsiaTheme="minorEastAsia" w:hAnsi="Raleway" w:cs="Arial"/>
          <w:b/>
          <w:color w:val="002060"/>
          <w:kern w:val="0"/>
          <w:sz w:val="18"/>
          <w:szCs w:val="18"/>
          <w:lang w:val="fr-FR"/>
          <w14:ligatures w14:val="none"/>
        </w:rPr>
        <w:t>physique</w:t>
      </w:r>
      <w:r w:rsidRPr="00E008D9">
        <w:rPr>
          <w:rFonts w:ascii="Raleway" w:hAnsi="Raleway" w:cs="Calibri"/>
          <w:sz w:val="18"/>
          <w:szCs w:val="18"/>
          <w:lang w:val="fr-FR"/>
        </w:rPr>
        <w:t>:</w:t>
      </w:r>
      <w:proofErr w:type="gramEnd"/>
      <w:r w:rsidRPr="00E008D9">
        <w:rPr>
          <w:rFonts w:ascii="Raleway" w:hAnsi="Raleway" w:cs="Calibri"/>
          <w:sz w:val="18"/>
          <w:szCs w:val="18"/>
          <w:lang w:val="fr-FR"/>
        </w:rPr>
        <w:t xml:space="preserve"> d</w:t>
      </w:r>
      <w:r w:rsidRPr="00E008D9">
        <w:rPr>
          <w:rFonts w:ascii="Raleway" w:hAnsi="Raleway" w:cs="Calibri"/>
          <w:i/>
          <w:iCs/>
          <w:sz w:val="18"/>
          <w:szCs w:val="18"/>
          <w:lang w:val="fr-FR"/>
        </w:rPr>
        <w:t xml:space="preserve">u </w:t>
      </w:r>
      <w:r w:rsidRPr="00E008D9">
        <w:rPr>
          <w:rFonts w:ascii="Raleway" w:hAnsi="Raleway" w:cs="Calibri"/>
          <w:i/>
          <w:iCs/>
          <w:sz w:val="18"/>
          <w:szCs w:val="18"/>
          <w:highlight w:val="yellow"/>
          <w:lang w:val="fr-FR"/>
        </w:rPr>
        <w:t>[jour/mois/année</w:t>
      </w:r>
      <w:r w:rsidRPr="00E008D9">
        <w:rPr>
          <w:rFonts w:ascii="Raleway" w:hAnsi="Raleway" w:cs="Calibri"/>
          <w:i/>
          <w:iCs/>
          <w:sz w:val="18"/>
          <w:szCs w:val="18"/>
          <w:lang w:val="fr-FR"/>
        </w:rPr>
        <w:t>] au [</w:t>
      </w:r>
      <w:r w:rsidRPr="00E008D9">
        <w:rPr>
          <w:rFonts w:ascii="Raleway" w:hAnsi="Raleway" w:cs="Calibri"/>
          <w:i/>
          <w:iCs/>
          <w:sz w:val="18"/>
          <w:szCs w:val="18"/>
          <w:highlight w:val="yellow"/>
          <w:lang w:val="fr-FR"/>
        </w:rPr>
        <w:t>jour/mois/année</w:t>
      </w:r>
      <w:r w:rsidRPr="00E008D9">
        <w:rPr>
          <w:rFonts w:ascii="Raleway" w:hAnsi="Raleway" w:cs="Calibri"/>
          <w:i/>
          <w:iCs/>
          <w:sz w:val="18"/>
          <w:szCs w:val="18"/>
          <w:lang w:val="fr-FR"/>
        </w:rPr>
        <w:t>]</w:t>
      </w:r>
    </w:p>
    <w:p w14:paraId="51E7C3FF" w14:textId="77777777" w:rsidR="00E008D9" w:rsidRPr="00E008D9" w:rsidRDefault="00E008D9" w:rsidP="00E008D9">
      <w:pPr>
        <w:pStyle w:val="Commentaire"/>
        <w:tabs>
          <w:tab w:val="left" w:pos="2552"/>
          <w:tab w:val="left" w:pos="3686"/>
          <w:tab w:val="left" w:pos="5954"/>
        </w:tabs>
        <w:spacing w:after="0"/>
        <w:jc w:val="both"/>
        <w:rPr>
          <w:rFonts w:ascii="Raleway" w:hAnsi="Raleway" w:cs="Calibri"/>
          <w:sz w:val="18"/>
          <w:szCs w:val="18"/>
          <w:lang w:val="fr-FR"/>
        </w:rPr>
      </w:pPr>
      <w:r w:rsidRPr="00E008D9">
        <w:rPr>
          <w:rFonts w:ascii="Raleway" w:hAnsi="Raleway" w:cs="Calibri"/>
          <w:sz w:val="18"/>
          <w:szCs w:val="18"/>
          <w:lang w:val="fr-FR"/>
        </w:rPr>
        <w:t xml:space="preserve">Durée de la mobilité physique (jours) – </w:t>
      </w:r>
      <w:r w:rsidRPr="00E008D9">
        <w:rPr>
          <w:rFonts w:ascii="Raleway" w:hAnsi="Raleway" w:cs="Calibri"/>
          <w:sz w:val="18"/>
          <w:szCs w:val="18"/>
          <w:highlight w:val="yellow"/>
          <w:lang w:val="fr-FR"/>
        </w:rPr>
        <w:t>hors jours de voyage : ………………….</w:t>
      </w:r>
      <w:r w:rsidRPr="00E008D9">
        <w:rPr>
          <w:rFonts w:ascii="Raleway" w:hAnsi="Raleway" w:cs="Calibri"/>
          <w:sz w:val="18"/>
          <w:szCs w:val="18"/>
          <w:lang w:val="fr-FR"/>
        </w:rPr>
        <w:t xml:space="preserve"> </w:t>
      </w:r>
    </w:p>
    <w:p w14:paraId="4356EB99" w14:textId="77777777" w:rsidR="00E008D9" w:rsidRPr="00E008D9" w:rsidRDefault="00E008D9" w:rsidP="00E008D9">
      <w:pPr>
        <w:pStyle w:val="Commentaire"/>
        <w:tabs>
          <w:tab w:val="left" w:pos="2552"/>
          <w:tab w:val="left" w:pos="3686"/>
          <w:tab w:val="left" w:pos="5954"/>
        </w:tabs>
        <w:spacing w:after="0"/>
        <w:jc w:val="both"/>
        <w:rPr>
          <w:rFonts w:ascii="Raleway" w:hAnsi="Raleway" w:cs="Calibri"/>
          <w:sz w:val="18"/>
          <w:szCs w:val="18"/>
          <w:lang w:val="fr-FR"/>
        </w:rPr>
      </w:pPr>
      <w:r w:rsidRPr="00E008D9">
        <w:rPr>
          <w:rFonts w:ascii="Raleway" w:hAnsi="Raleway" w:cs="Calibri"/>
          <w:sz w:val="18"/>
          <w:szCs w:val="18"/>
          <w:lang w:val="fr-FR"/>
        </w:rPr>
        <w:t>Le cas échéant, période prévue pour la composante virtuelle : du [</w:t>
      </w:r>
      <w:r w:rsidRPr="00E008D9">
        <w:rPr>
          <w:rFonts w:ascii="Raleway" w:hAnsi="Raleway" w:cs="Calibri"/>
          <w:sz w:val="18"/>
          <w:szCs w:val="18"/>
          <w:highlight w:val="yellow"/>
          <w:lang w:val="fr-FR"/>
        </w:rPr>
        <w:t>jour/mois/année</w:t>
      </w:r>
      <w:r w:rsidRPr="00E008D9">
        <w:rPr>
          <w:rFonts w:ascii="Raleway" w:hAnsi="Raleway" w:cs="Calibri"/>
          <w:sz w:val="18"/>
          <w:szCs w:val="18"/>
          <w:lang w:val="fr-FR"/>
        </w:rPr>
        <w:t>] au [</w:t>
      </w:r>
      <w:r w:rsidRPr="00E008D9">
        <w:rPr>
          <w:rFonts w:ascii="Raleway" w:hAnsi="Raleway" w:cs="Calibri"/>
          <w:sz w:val="18"/>
          <w:szCs w:val="18"/>
          <w:highlight w:val="yellow"/>
          <w:lang w:val="fr-FR"/>
        </w:rPr>
        <w:t>jour/mois/année</w:t>
      </w:r>
      <w:r w:rsidRPr="00E008D9">
        <w:rPr>
          <w:rFonts w:ascii="Raleway" w:hAnsi="Raleway" w:cs="Calibri"/>
          <w:sz w:val="18"/>
          <w:szCs w:val="18"/>
          <w:lang w:val="fr-FR"/>
        </w:rPr>
        <w:t>]</w:t>
      </w:r>
    </w:p>
    <w:p w14:paraId="5950A558" w14:textId="2A688084" w:rsidR="009D2436" w:rsidRPr="00E008D9" w:rsidRDefault="00E008D9" w:rsidP="00E008D9">
      <w:pPr>
        <w:pStyle w:val="Commentaire"/>
        <w:tabs>
          <w:tab w:val="left" w:pos="2552"/>
          <w:tab w:val="left" w:pos="3686"/>
          <w:tab w:val="left" w:pos="5954"/>
        </w:tabs>
        <w:spacing w:after="0"/>
        <w:jc w:val="both"/>
        <w:rPr>
          <w:rFonts w:ascii="Raleway" w:hAnsi="Raleway" w:cs="Calibri"/>
          <w:sz w:val="18"/>
          <w:szCs w:val="18"/>
          <w:lang w:val="fr-FR"/>
        </w:rPr>
      </w:pPr>
      <w:r w:rsidRPr="00E008D9">
        <w:rPr>
          <w:rFonts w:ascii="Raleway" w:hAnsi="Raleway" w:cs="Calibri"/>
          <w:sz w:val="18"/>
          <w:szCs w:val="18"/>
          <w:lang w:val="fr-FR"/>
        </w:rPr>
        <w:t>*En cas de plan de mobilité fractionné, décrire les périodes prévues (nombre de semaines en présentiel et en ligne pour la 1re année : nombre de semaines en présentiel et en ligne pour la 2e année).</w:t>
      </w:r>
    </w:p>
    <w:p w14:paraId="2F0BC728" w14:textId="77777777" w:rsidR="009D2436" w:rsidRPr="00AE5949" w:rsidRDefault="009D2436" w:rsidP="009D2436">
      <w:pPr>
        <w:spacing w:after="20"/>
        <w:rPr>
          <w:rFonts w:ascii="Raleway" w:hAnsi="Raleway"/>
          <w:lang w:val="fr-FR"/>
        </w:rPr>
      </w:pPr>
    </w:p>
    <w:tbl>
      <w:tblPr>
        <w:tblW w:w="4972" w:type="pct"/>
        <w:jc w:val="center"/>
        <w:tblLook w:val="04A0" w:firstRow="1" w:lastRow="0" w:firstColumn="1" w:lastColumn="0" w:noHBand="0" w:noVBand="1"/>
      </w:tblPr>
      <w:tblGrid>
        <w:gridCol w:w="1700"/>
        <w:gridCol w:w="3543"/>
        <w:gridCol w:w="1420"/>
        <w:gridCol w:w="3824"/>
      </w:tblGrid>
      <w:tr w:rsidR="00E008D9" w:rsidRPr="00E008D9" w14:paraId="7FA19617" w14:textId="77777777" w:rsidTr="0010374A">
        <w:trPr>
          <w:trHeight w:val="396"/>
          <w:jc w:val="center"/>
        </w:trPr>
        <w:tc>
          <w:tcPr>
            <w:tcW w:w="5000" w:type="pct"/>
            <w:gridSpan w:val="4"/>
            <w:tcBorders>
              <w:top w:val="nil"/>
              <w:left w:val="nil"/>
              <w:bottom w:val="nil"/>
              <w:right w:val="nil"/>
            </w:tcBorders>
            <w:shd w:val="clear" w:color="auto" w:fill="1E5AF5"/>
            <w:tcMar>
              <w:top w:w="180" w:type="dxa"/>
              <w:left w:w="240" w:type="dxa"/>
              <w:bottom w:w="180" w:type="dxa"/>
              <w:right w:w="240" w:type="dxa"/>
            </w:tcMar>
            <w:vAlign w:val="center"/>
          </w:tcPr>
          <w:p w14:paraId="56108A8E" w14:textId="7A672188" w:rsidR="00E008D9" w:rsidRPr="00AE5949" w:rsidRDefault="00E008D9">
            <w:pPr>
              <w:spacing w:after="0"/>
              <w:rPr>
                <w:rFonts w:ascii="Raleway" w:hAnsi="Raleway"/>
                <w:lang w:val="fr-FR"/>
              </w:rPr>
            </w:pPr>
            <w:r>
              <w:rPr>
                <w:rFonts w:ascii="Raleway" w:hAnsi="Raleway"/>
                <w:b/>
                <w:color w:val="FFFFFF"/>
                <w:lang w:val="fr-FR"/>
              </w:rPr>
              <w:t>INFORMATIONS DU PARTICIPANT</w:t>
            </w:r>
          </w:p>
          <w:p w14:paraId="4E8C839A" w14:textId="42ECC437" w:rsidR="00E008D9" w:rsidRPr="00AE5949" w:rsidRDefault="00E008D9">
            <w:pPr>
              <w:spacing w:after="0"/>
              <w:rPr>
                <w:rFonts w:ascii="Raleway" w:hAnsi="Raleway"/>
                <w:lang w:val="fr-FR"/>
              </w:rPr>
            </w:pPr>
          </w:p>
        </w:tc>
      </w:tr>
      <w:tr w:rsidR="00E008D9" w:rsidRPr="00E008D9" w14:paraId="32DE9892" w14:textId="77777777" w:rsidTr="0010374A">
        <w:trPr>
          <w:jc w:val="center"/>
        </w:trPr>
        <w:tc>
          <w:tcPr>
            <w:tcW w:w="811"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7507E6D0" w14:textId="76A7A445" w:rsidR="00E008D9" w:rsidRPr="00AE5949" w:rsidRDefault="00E008D9">
            <w:pPr>
              <w:spacing w:after="0"/>
              <w:rPr>
                <w:rFonts w:ascii="Raleway" w:hAnsi="Raleway"/>
                <w:lang w:val="fr-FR"/>
              </w:rPr>
            </w:pPr>
            <w:r>
              <w:rPr>
                <w:rFonts w:ascii="Raleway" w:hAnsi="Raleway"/>
                <w:b/>
                <w:color w:val="1E5AF5"/>
                <w:lang w:val="fr-FR"/>
              </w:rPr>
              <w:t>NOM</w:t>
            </w:r>
          </w:p>
          <w:p w14:paraId="4B2EC082" w14:textId="6E1899C0" w:rsidR="00E008D9" w:rsidRPr="00AE5949" w:rsidRDefault="00E008D9" w:rsidP="00E008D9">
            <w:pPr>
              <w:spacing w:after="0"/>
              <w:jc w:val="both"/>
              <w:rPr>
                <w:rFonts w:ascii="Raleway" w:hAnsi="Raleway"/>
                <w:lang w:val="fr-FR"/>
              </w:rPr>
            </w:pPr>
          </w:p>
        </w:tc>
        <w:tc>
          <w:tcPr>
            <w:tcW w:w="1689" w:type="pct"/>
            <w:tcBorders>
              <w:top w:val="single" w:sz="8" w:space="0" w:color="1E5AF5"/>
              <w:left w:val="single" w:sz="8" w:space="0" w:color="1E5AF5"/>
              <w:bottom w:val="single" w:sz="8" w:space="0" w:color="1E5AF5"/>
              <w:right w:val="single" w:sz="8" w:space="0" w:color="1E5AF5"/>
            </w:tcBorders>
            <w:shd w:val="clear" w:color="auto" w:fill="F3F6FC"/>
          </w:tcPr>
          <w:p w14:paraId="6F84236D" w14:textId="77777777" w:rsidR="00E008D9" w:rsidRPr="00AE5949" w:rsidRDefault="00E008D9">
            <w:pPr>
              <w:spacing w:after="0"/>
              <w:rPr>
                <w:rFonts w:ascii="Raleway" w:hAnsi="Raleway"/>
                <w:b/>
                <w:color w:val="1E5AF5"/>
                <w:lang w:val="fr-FR"/>
              </w:rPr>
            </w:pPr>
          </w:p>
        </w:tc>
        <w:tc>
          <w:tcPr>
            <w:tcW w:w="677" w:type="pct"/>
            <w:tcBorders>
              <w:top w:val="single" w:sz="8" w:space="0" w:color="1E5AF5"/>
              <w:left w:val="single" w:sz="8" w:space="0" w:color="1E5AF5"/>
              <w:bottom w:val="single" w:sz="8" w:space="0" w:color="1E5AF5"/>
              <w:right w:val="single" w:sz="8" w:space="0" w:color="1E5AF5"/>
            </w:tcBorders>
            <w:shd w:val="clear" w:color="auto" w:fill="F3F6FC"/>
          </w:tcPr>
          <w:p w14:paraId="308EE614" w14:textId="4B7733B6" w:rsidR="00E008D9" w:rsidRPr="00AE5949" w:rsidRDefault="00E008D9" w:rsidP="00E008D9">
            <w:pPr>
              <w:spacing w:after="0"/>
              <w:rPr>
                <w:rFonts w:ascii="Raleway" w:hAnsi="Raleway"/>
                <w:lang w:val="fr-FR"/>
              </w:rPr>
            </w:pPr>
            <w:r>
              <w:rPr>
                <w:rFonts w:ascii="Raleway" w:hAnsi="Raleway"/>
                <w:b/>
                <w:color w:val="1E5AF5"/>
                <w:lang w:val="fr-FR"/>
              </w:rPr>
              <w:t>PRENOM</w:t>
            </w:r>
          </w:p>
          <w:p w14:paraId="47A64658" w14:textId="6F3F6EA2" w:rsidR="00E008D9" w:rsidRPr="00AE5949" w:rsidRDefault="00E008D9">
            <w:pPr>
              <w:spacing w:after="0"/>
              <w:rPr>
                <w:rFonts w:ascii="Raleway" w:hAnsi="Raleway"/>
                <w:b/>
                <w:color w:val="1E5AF5"/>
                <w:lang w:val="fr-FR"/>
              </w:rPr>
            </w:pPr>
          </w:p>
        </w:tc>
        <w:tc>
          <w:tcPr>
            <w:tcW w:w="1823"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14CF53B2" w14:textId="3AA87D1B" w:rsidR="00E008D9" w:rsidRPr="00AE5949" w:rsidRDefault="00E008D9" w:rsidP="009D2436">
            <w:pPr>
              <w:spacing w:after="0"/>
              <w:jc w:val="both"/>
              <w:rPr>
                <w:rFonts w:ascii="Raleway" w:hAnsi="Raleway"/>
                <w:color w:val="111111"/>
                <w:sz w:val="17"/>
                <w:lang w:val="fr-FR"/>
              </w:rPr>
            </w:pPr>
          </w:p>
          <w:p w14:paraId="0EAA35CC" w14:textId="53CD91BE" w:rsidR="00E008D9" w:rsidRPr="00AE5949" w:rsidRDefault="00E008D9" w:rsidP="009D2436">
            <w:pPr>
              <w:spacing w:after="0"/>
              <w:jc w:val="both"/>
              <w:rPr>
                <w:rFonts w:ascii="Raleway" w:hAnsi="Raleway"/>
                <w:lang w:val="fr-FR"/>
              </w:rPr>
            </w:pPr>
          </w:p>
        </w:tc>
      </w:tr>
      <w:tr w:rsidR="00E008D9" w:rsidRPr="00E008D9" w14:paraId="3FC5F377" w14:textId="77777777" w:rsidTr="0010374A">
        <w:trPr>
          <w:jc w:val="center"/>
        </w:trPr>
        <w:tc>
          <w:tcPr>
            <w:tcW w:w="811"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7583D59C" w14:textId="2664CB60" w:rsidR="00E008D9" w:rsidRDefault="00E008D9">
            <w:pPr>
              <w:spacing w:after="0"/>
              <w:rPr>
                <w:rFonts w:ascii="Raleway" w:hAnsi="Raleway"/>
                <w:b/>
                <w:color w:val="1E5AF5"/>
                <w:lang w:val="fr-FR"/>
              </w:rPr>
            </w:pPr>
            <w:r>
              <w:rPr>
                <w:rFonts w:ascii="Raleway" w:hAnsi="Raleway"/>
                <w:b/>
                <w:color w:val="1E5AF5"/>
                <w:lang w:val="fr-FR"/>
              </w:rPr>
              <w:t>EMAIL</w:t>
            </w:r>
          </w:p>
        </w:tc>
        <w:tc>
          <w:tcPr>
            <w:tcW w:w="1689" w:type="pct"/>
            <w:tcBorders>
              <w:top w:val="single" w:sz="8" w:space="0" w:color="1E5AF5"/>
              <w:left w:val="single" w:sz="8" w:space="0" w:color="1E5AF5"/>
              <w:bottom w:val="single" w:sz="8" w:space="0" w:color="1E5AF5"/>
              <w:right w:val="single" w:sz="8" w:space="0" w:color="1E5AF5"/>
            </w:tcBorders>
            <w:shd w:val="clear" w:color="auto" w:fill="F3F6FC"/>
          </w:tcPr>
          <w:p w14:paraId="5DA6BA01" w14:textId="77777777" w:rsidR="00E008D9" w:rsidRPr="00AE5949" w:rsidRDefault="00E008D9">
            <w:pPr>
              <w:spacing w:after="0"/>
              <w:rPr>
                <w:rFonts w:ascii="Raleway" w:hAnsi="Raleway"/>
                <w:b/>
                <w:color w:val="1E5AF5"/>
                <w:lang w:val="fr-FR"/>
              </w:rPr>
            </w:pPr>
          </w:p>
        </w:tc>
        <w:tc>
          <w:tcPr>
            <w:tcW w:w="677" w:type="pct"/>
            <w:tcBorders>
              <w:top w:val="single" w:sz="8" w:space="0" w:color="1E5AF5"/>
              <w:left w:val="single" w:sz="8" w:space="0" w:color="1E5AF5"/>
              <w:bottom w:val="single" w:sz="8" w:space="0" w:color="1E5AF5"/>
              <w:right w:val="single" w:sz="8" w:space="0" w:color="1E5AF5"/>
            </w:tcBorders>
            <w:shd w:val="clear" w:color="auto" w:fill="F3F6FC"/>
          </w:tcPr>
          <w:p w14:paraId="603AADC6" w14:textId="14E0B30B" w:rsidR="00E008D9" w:rsidRDefault="00E008D9" w:rsidP="00E008D9">
            <w:pPr>
              <w:spacing w:after="0"/>
              <w:rPr>
                <w:rFonts w:ascii="Raleway" w:hAnsi="Raleway"/>
                <w:b/>
                <w:color w:val="1E5AF5"/>
                <w:lang w:val="fr-FR"/>
              </w:rPr>
            </w:pPr>
            <w:r>
              <w:rPr>
                <w:rFonts w:ascii="Raleway" w:hAnsi="Raleway"/>
                <w:b/>
                <w:color w:val="1E5AF5"/>
                <w:lang w:val="fr-FR"/>
              </w:rPr>
              <w:t>NUMERO DE TELEPHONE</w:t>
            </w:r>
          </w:p>
        </w:tc>
        <w:tc>
          <w:tcPr>
            <w:tcW w:w="1823"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462976F8" w14:textId="77777777" w:rsidR="00E008D9" w:rsidRPr="00AE5949" w:rsidRDefault="00E008D9" w:rsidP="009D2436">
            <w:pPr>
              <w:spacing w:after="0"/>
              <w:jc w:val="both"/>
              <w:rPr>
                <w:rFonts w:ascii="Raleway" w:hAnsi="Raleway"/>
                <w:color w:val="111111"/>
                <w:sz w:val="17"/>
                <w:lang w:val="fr-FR"/>
              </w:rPr>
            </w:pPr>
          </w:p>
        </w:tc>
      </w:tr>
      <w:tr w:rsidR="00E008D9" w:rsidRPr="00E008D9" w14:paraId="398834A4" w14:textId="77777777" w:rsidTr="0010374A">
        <w:trPr>
          <w:jc w:val="center"/>
        </w:trPr>
        <w:tc>
          <w:tcPr>
            <w:tcW w:w="811"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62FC1EF2" w14:textId="1F79AAA7" w:rsidR="00E008D9" w:rsidRDefault="00E008D9">
            <w:pPr>
              <w:spacing w:after="0"/>
              <w:rPr>
                <w:rFonts w:ascii="Raleway" w:hAnsi="Raleway"/>
                <w:b/>
                <w:color w:val="1E5AF5"/>
                <w:lang w:val="fr-FR"/>
              </w:rPr>
            </w:pPr>
            <w:r>
              <w:rPr>
                <w:rFonts w:ascii="Raleway" w:hAnsi="Raleway"/>
                <w:b/>
                <w:color w:val="1E5AF5"/>
                <w:lang w:val="fr-FR"/>
              </w:rPr>
              <w:t>PROFIL ACADEMIQUE</w:t>
            </w:r>
          </w:p>
        </w:tc>
        <w:tc>
          <w:tcPr>
            <w:tcW w:w="1689" w:type="pct"/>
            <w:tcBorders>
              <w:top w:val="single" w:sz="8" w:space="0" w:color="1E5AF5"/>
              <w:left w:val="single" w:sz="8" w:space="0" w:color="1E5AF5"/>
              <w:bottom w:val="single" w:sz="8" w:space="0" w:color="1E5AF5"/>
              <w:right w:val="single" w:sz="8" w:space="0" w:color="1E5AF5"/>
            </w:tcBorders>
            <w:shd w:val="clear" w:color="auto" w:fill="F3F6FC"/>
          </w:tcPr>
          <w:p w14:paraId="7D3C0912" w14:textId="7BAE7A90" w:rsidR="00E008D9" w:rsidRPr="00AE5949" w:rsidRDefault="00E008D9">
            <w:pPr>
              <w:spacing w:after="0"/>
              <w:rPr>
                <w:rFonts w:ascii="Raleway" w:hAnsi="Raleway"/>
                <w:b/>
                <w:color w:val="1E5AF5"/>
                <w:lang w:val="fr-FR"/>
              </w:rPr>
            </w:pPr>
            <w:r>
              <w:rPr>
                <w:rFonts w:ascii="Raleway" w:hAnsi="Raleway"/>
                <w:b/>
                <w:color w:val="1E5AF5"/>
                <w:lang w:val="fr-FR"/>
              </w:rPr>
              <w:t>(</w:t>
            </w:r>
            <w:proofErr w:type="gramStart"/>
            <w:r>
              <w:rPr>
                <w:rFonts w:ascii="Raleway" w:hAnsi="Raleway"/>
                <w:b/>
                <w:color w:val="1E5AF5"/>
                <w:lang w:val="fr-FR"/>
              </w:rPr>
              <w:t>étudiant</w:t>
            </w:r>
            <w:proofErr w:type="gramEnd"/>
            <w:r>
              <w:rPr>
                <w:rFonts w:ascii="Raleway" w:hAnsi="Raleway"/>
                <w:b/>
                <w:color w:val="1E5AF5"/>
                <w:lang w:val="fr-FR"/>
              </w:rPr>
              <w:t xml:space="preserve"> en master/doctorant)</w:t>
            </w:r>
          </w:p>
        </w:tc>
        <w:tc>
          <w:tcPr>
            <w:tcW w:w="677" w:type="pct"/>
            <w:tcBorders>
              <w:top w:val="single" w:sz="8" w:space="0" w:color="1E5AF5"/>
              <w:left w:val="single" w:sz="8" w:space="0" w:color="1E5AF5"/>
              <w:bottom w:val="single" w:sz="8" w:space="0" w:color="1E5AF5"/>
              <w:right w:val="single" w:sz="8" w:space="0" w:color="1E5AF5"/>
            </w:tcBorders>
            <w:shd w:val="clear" w:color="auto" w:fill="F3F6FC"/>
          </w:tcPr>
          <w:p w14:paraId="0334EB9B" w14:textId="27E40D07" w:rsidR="00E008D9" w:rsidRDefault="00E008D9" w:rsidP="00E008D9">
            <w:pPr>
              <w:spacing w:after="0"/>
              <w:rPr>
                <w:rFonts w:ascii="Raleway" w:hAnsi="Raleway"/>
                <w:b/>
                <w:color w:val="1E5AF5"/>
                <w:lang w:val="fr-FR"/>
              </w:rPr>
            </w:pPr>
            <w:r>
              <w:rPr>
                <w:rFonts w:ascii="Raleway" w:hAnsi="Raleway"/>
                <w:b/>
                <w:color w:val="1E5AF5"/>
                <w:lang w:val="fr-FR"/>
              </w:rPr>
              <w:t>NATIONALITE</w:t>
            </w:r>
          </w:p>
        </w:tc>
        <w:tc>
          <w:tcPr>
            <w:tcW w:w="1823"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203F5AB9" w14:textId="77777777" w:rsidR="00E008D9" w:rsidRPr="00AE5949" w:rsidRDefault="00E008D9" w:rsidP="009D2436">
            <w:pPr>
              <w:spacing w:after="0"/>
              <w:jc w:val="both"/>
              <w:rPr>
                <w:rFonts w:ascii="Raleway" w:hAnsi="Raleway"/>
                <w:color w:val="111111"/>
                <w:sz w:val="17"/>
                <w:lang w:val="fr-FR"/>
              </w:rPr>
            </w:pPr>
          </w:p>
        </w:tc>
      </w:tr>
      <w:tr w:rsidR="00E008D9" w:rsidRPr="00E008D9" w14:paraId="30CECF70" w14:textId="77777777" w:rsidTr="0010374A">
        <w:trPr>
          <w:jc w:val="center"/>
        </w:trPr>
        <w:tc>
          <w:tcPr>
            <w:tcW w:w="811"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62460A57" w14:textId="4D7370CB" w:rsidR="00E008D9" w:rsidRDefault="0010374A">
            <w:pPr>
              <w:spacing w:after="0"/>
              <w:rPr>
                <w:rFonts w:ascii="Raleway" w:hAnsi="Raleway"/>
                <w:b/>
                <w:color w:val="1E5AF5"/>
                <w:lang w:val="fr-FR"/>
              </w:rPr>
            </w:pPr>
            <w:r>
              <w:rPr>
                <w:rFonts w:ascii="Raleway" w:hAnsi="Raleway"/>
                <w:b/>
                <w:color w:val="1E5AF5"/>
                <w:lang w:val="fr-FR"/>
              </w:rPr>
              <w:t>SEXE (M/F/ND)</w:t>
            </w:r>
          </w:p>
        </w:tc>
        <w:tc>
          <w:tcPr>
            <w:tcW w:w="1689" w:type="pct"/>
            <w:tcBorders>
              <w:top w:val="single" w:sz="8" w:space="0" w:color="1E5AF5"/>
              <w:left w:val="single" w:sz="8" w:space="0" w:color="1E5AF5"/>
              <w:bottom w:val="single" w:sz="8" w:space="0" w:color="1E5AF5"/>
              <w:right w:val="single" w:sz="8" w:space="0" w:color="1E5AF5"/>
            </w:tcBorders>
            <w:shd w:val="clear" w:color="auto" w:fill="F3F6FC"/>
          </w:tcPr>
          <w:p w14:paraId="3407A630" w14:textId="77777777" w:rsidR="00E008D9" w:rsidRDefault="00E008D9">
            <w:pPr>
              <w:spacing w:after="0"/>
              <w:rPr>
                <w:rFonts w:ascii="Raleway" w:hAnsi="Raleway"/>
                <w:b/>
                <w:color w:val="1E5AF5"/>
                <w:lang w:val="fr-FR"/>
              </w:rPr>
            </w:pPr>
          </w:p>
        </w:tc>
        <w:tc>
          <w:tcPr>
            <w:tcW w:w="677" w:type="pct"/>
            <w:tcBorders>
              <w:top w:val="single" w:sz="8" w:space="0" w:color="1E5AF5"/>
              <w:left w:val="single" w:sz="8" w:space="0" w:color="1E5AF5"/>
              <w:bottom w:val="single" w:sz="8" w:space="0" w:color="1E5AF5"/>
              <w:right w:val="single" w:sz="8" w:space="0" w:color="1E5AF5"/>
            </w:tcBorders>
            <w:shd w:val="clear" w:color="auto" w:fill="F3F6FC"/>
          </w:tcPr>
          <w:p w14:paraId="247F5F93" w14:textId="15A2C254" w:rsidR="00E008D9" w:rsidRDefault="0010374A" w:rsidP="00E008D9">
            <w:pPr>
              <w:spacing w:after="0"/>
              <w:rPr>
                <w:rFonts w:ascii="Raleway" w:hAnsi="Raleway"/>
                <w:b/>
                <w:color w:val="1E5AF5"/>
                <w:lang w:val="fr-FR"/>
              </w:rPr>
            </w:pPr>
            <w:r>
              <w:rPr>
                <w:rFonts w:ascii="Raleway" w:hAnsi="Raleway"/>
                <w:b/>
                <w:color w:val="1E5AF5"/>
                <w:lang w:val="fr-FR"/>
              </w:rPr>
              <w:t>ANNE ACADEMIQUE</w:t>
            </w:r>
          </w:p>
        </w:tc>
        <w:tc>
          <w:tcPr>
            <w:tcW w:w="1823"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45823F9A" w14:textId="77777777" w:rsidR="00E008D9" w:rsidRPr="00AE5949" w:rsidRDefault="00E008D9" w:rsidP="009D2436">
            <w:pPr>
              <w:spacing w:after="0"/>
              <w:jc w:val="both"/>
              <w:rPr>
                <w:rFonts w:ascii="Raleway" w:hAnsi="Raleway"/>
                <w:color w:val="111111"/>
                <w:sz w:val="17"/>
                <w:lang w:val="fr-FR"/>
              </w:rPr>
            </w:pPr>
          </w:p>
        </w:tc>
      </w:tr>
    </w:tbl>
    <w:p w14:paraId="184C190A" w14:textId="77777777" w:rsidR="0010374A" w:rsidRPr="00AE5949" w:rsidRDefault="0010374A" w:rsidP="0010374A">
      <w:pPr>
        <w:spacing w:after="20"/>
        <w:rPr>
          <w:rFonts w:ascii="Raleway" w:hAnsi="Raleway"/>
          <w:lang w:val="fr-FR"/>
        </w:rPr>
      </w:pPr>
    </w:p>
    <w:tbl>
      <w:tblPr>
        <w:tblW w:w="5000" w:type="pct"/>
        <w:jc w:val="center"/>
        <w:tblLook w:val="04A0" w:firstRow="1" w:lastRow="0" w:firstColumn="1" w:lastColumn="0" w:noHBand="0" w:noVBand="1"/>
      </w:tblPr>
      <w:tblGrid>
        <w:gridCol w:w="3120"/>
        <w:gridCol w:w="7426"/>
      </w:tblGrid>
      <w:tr w:rsidR="0010374A" w:rsidRPr="00E008D9" w14:paraId="708E7639" w14:textId="77777777" w:rsidTr="0010374A">
        <w:trPr>
          <w:trHeight w:val="396"/>
          <w:jc w:val="center"/>
        </w:trPr>
        <w:tc>
          <w:tcPr>
            <w:tcW w:w="5000" w:type="pct"/>
            <w:gridSpan w:val="2"/>
            <w:tcBorders>
              <w:top w:val="nil"/>
              <w:left w:val="nil"/>
              <w:bottom w:val="nil"/>
              <w:right w:val="nil"/>
            </w:tcBorders>
            <w:shd w:val="clear" w:color="auto" w:fill="1E5AF5"/>
            <w:tcMar>
              <w:top w:w="180" w:type="dxa"/>
              <w:left w:w="240" w:type="dxa"/>
              <w:bottom w:w="180" w:type="dxa"/>
              <w:right w:w="240" w:type="dxa"/>
            </w:tcMar>
            <w:vAlign w:val="center"/>
          </w:tcPr>
          <w:p w14:paraId="36F40D2D" w14:textId="27154B8E" w:rsidR="0010374A" w:rsidRPr="00AE5949" w:rsidRDefault="0010374A" w:rsidP="00814C2E">
            <w:pPr>
              <w:spacing w:after="0"/>
              <w:rPr>
                <w:rFonts w:ascii="Raleway" w:hAnsi="Raleway"/>
                <w:lang w:val="fr-FR"/>
              </w:rPr>
            </w:pPr>
            <w:r>
              <w:rPr>
                <w:rFonts w:ascii="Raleway" w:hAnsi="Raleway"/>
                <w:b/>
                <w:color w:val="FFFFFF"/>
                <w:lang w:val="fr-FR"/>
              </w:rPr>
              <w:t>BREVE DESCRIPTION DU SUJET DE RECHERCHE/DU SUJET DE MEMOIRE DE MASTER</w:t>
            </w:r>
          </w:p>
        </w:tc>
      </w:tr>
      <w:tr w:rsidR="0010374A" w:rsidRPr="00E008D9" w14:paraId="46CA7AF3" w14:textId="77777777" w:rsidTr="0010374A">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39D99704" w14:textId="266546C7" w:rsidR="0010374A" w:rsidRPr="00AE5949" w:rsidRDefault="0010374A" w:rsidP="0010374A">
            <w:pPr>
              <w:spacing w:after="0"/>
              <w:rPr>
                <w:rFonts w:ascii="Raleway" w:hAnsi="Raleway"/>
                <w:lang w:val="fr-FR"/>
              </w:rPr>
            </w:pPr>
            <w:r>
              <w:rPr>
                <w:rFonts w:ascii="Raleway" w:hAnsi="Raleway"/>
                <w:b/>
                <w:color w:val="1E5AF5"/>
                <w:lang w:val="fr-FR"/>
              </w:rPr>
              <w:t>DOMAINE DE RECHERCHE</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6B83406E" w14:textId="77777777" w:rsidR="0010374A" w:rsidRPr="00AE5949" w:rsidRDefault="0010374A" w:rsidP="00814C2E">
            <w:pPr>
              <w:spacing w:after="0"/>
              <w:rPr>
                <w:rFonts w:ascii="Raleway" w:hAnsi="Raleway"/>
                <w:b/>
                <w:color w:val="1E5AF5"/>
                <w:lang w:val="fr-FR"/>
              </w:rPr>
            </w:pPr>
          </w:p>
        </w:tc>
      </w:tr>
      <w:tr w:rsidR="0010374A" w:rsidRPr="00E008D9" w14:paraId="76992C42" w14:textId="77777777" w:rsidTr="0010374A">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60DB985D" w14:textId="1C73ED44" w:rsidR="0010374A" w:rsidRDefault="0010374A" w:rsidP="00814C2E">
            <w:pPr>
              <w:spacing w:after="0"/>
              <w:rPr>
                <w:rFonts w:ascii="Raleway" w:hAnsi="Raleway"/>
                <w:b/>
                <w:color w:val="1E5AF5"/>
                <w:lang w:val="fr-FR"/>
              </w:rPr>
            </w:pPr>
            <w:r>
              <w:rPr>
                <w:rFonts w:ascii="Raleway" w:hAnsi="Raleway"/>
                <w:b/>
                <w:color w:val="1E5AF5"/>
                <w:lang w:val="fr-FR"/>
              </w:rPr>
              <w:t>SUJET DE RECHERCHE</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63710AB0" w14:textId="77777777" w:rsidR="0010374A" w:rsidRPr="00AE5949" w:rsidRDefault="0010374A" w:rsidP="00814C2E">
            <w:pPr>
              <w:spacing w:after="0"/>
              <w:rPr>
                <w:rFonts w:ascii="Raleway" w:hAnsi="Raleway"/>
                <w:b/>
                <w:color w:val="1E5AF5"/>
                <w:lang w:val="fr-FR"/>
              </w:rPr>
            </w:pPr>
          </w:p>
        </w:tc>
      </w:tr>
      <w:tr w:rsidR="0010374A" w:rsidRPr="00E008D9" w14:paraId="2A79681D" w14:textId="77777777" w:rsidTr="0010374A">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6D43E4F9" w14:textId="3DB6BC5E" w:rsidR="0010374A" w:rsidRDefault="0010374A" w:rsidP="00814C2E">
            <w:pPr>
              <w:spacing w:after="0"/>
              <w:rPr>
                <w:rFonts w:ascii="Raleway" w:hAnsi="Raleway"/>
                <w:b/>
                <w:color w:val="1E5AF5"/>
                <w:lang w:val="fr-FR"/>
              </w:rPr>
            </w:pPr>
            <w:r>
              <w:rPr>
                <w:rFonts w:ascii="Raleway" w:hAnsi="Raleway"/>
                <w:b/>
                <w:color w:val="1E5AF5"/>
                <w:lang w:val="fr-FR"/>
              </w:rPr>
              <w:t>INFORMATION COMPLEMENTAIRE</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72F8FFC5" w14:textId="77777777" w:rsidR="0010374A" w:rsidRDefault="0010374A" w:rsidP="00814C2E">
            <w:pPr>
              <w:spacing w:after="0"/>
              <w:rPr>
                <w:rFonts w:ascii="Raleway" w:hAnsi="Raleway"/>
                <w:b/>
                <w:color w:val="1E5AF5"/>
                <w:lang w:val="fr-FR"/>
              </w:rPr>
            </w:pPr>
          </w:p>
          <w:p w14:paraId="24B63863" w14:textId="77777777" w:rsidR="0010374A" w:rsidRDefault="0010374A" w:rsidP="00814C2E">
            <w:pPr>
              <w:spacing w:after="0"/>
              <w:rPr>
                <w:rFonts w:ascii="Raleway" w:hAnsi="Raleway"/>
                <w:b/>
                <w:color w:val="1E5AF5"/>
                <w:lang w:val="fr-FR"/>
              </w:rPr>
            </w:pPr>
          </w:p>
          <w:p w14:paraId="60B40E2E" w14:textId="77006119" w:rsidR="0010374A" w:rsidRPr="00AE5949" w:rsidRDefault="0010374A" w:rsidP="00814C2E">
            <w:pPr>
              <w:spacing w:after="0"/>
              <w:rPr>
                <w:rFonts w:ascii="Raleway" w:hAnsi="Raleway"/>
                <w:b/>
                <w:color w:val="1E5AF5"/>
                <w:lang w:val="fr-FR"/>
              </w:rPr>
            </w:pPr>
          </w:p>
        </w:tc>
      </w:tr>
      <w:tr w:rsidR="0010374A" w:rsidRPr="00E008D9" w14:paraId="33E373F8" w14:textId="77777777" w:rsidTr="00814C2E">
        <w:trPr>
          <w:trHeight w:val="396"/>
          <w:jc w:val="center"/>
        </w:trPr>
        <w:tc>
          <w:tcPr>
            <w:tcW w:w="5000" w:type="pct"/>
            <w:gridSpan w:val="2"/>
            <w:tcBorders>
              <w:top w:val="nil"/>
              <w:left w:val="nil"/>
              <w:bottom w:val="nil"/>
              <w:right w:val="nil"/>
            </w:tcBorders>
            <w:shd w:val="clear" w:color="auto" w:fill="1E5AF5"/>
            <w:tcMar>
              <w:top w:w="180" w:type="dxa"/>
              <w:left w:w="240" w:type="dxa"/>
              <w:bottom w:w="180" w:type="dxa"/>
              <w:right w:w="240" w:type="dxa"/>
            </w:tcMar>
            <w:vAlign w:val="center"/>
          </w:tcPr>
          <w:p w14:paraId="3B07C37D" w14:textId="78905104" w:rsidR="0010374A" w:rsidRPr="00AE5949" w:rsidRDefault="0033423E" w:rsidP="00814C2E">
            <w:pPr>
              <w:spacing w:after="0"/>
              <w:rPr>
                <w:rFonts w:ascii="Raleway" w:hAnsi="Raleway"/>
                <w:lang w:val="fr-FR"/>
              </w:rPr>
            </w:pPr>
            <w:r>
              <w:rPr>
                <w:rFonts w:ascii="Raleway" w:hAnsi="Raleway"/>
                <w:b/>
                <w:color w:val="FFFFFF"/>
                <w:lang w:val="fr-FR"/>
              </w:rPr>
              <w:t>L’ETABLISSEMENT D’ORIGINE</w:t>
            </w:r>
          </w:p>
        </w:tc>
      </w:tr>
      <w:tr w:rsidR="0010374A" w:rsidRPr="00E008D9" w14:paraId="51159A2B"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37E4CE9B" w14:textId="2B17C27F" w:rsidR="0033423E" w:rsidRPr="0033423E" w:rsidRDefault="0033423E" w:rsidP="00814C2E">
            <w:pPr>
              <w:spacing w:after="0"/>
              <w:rPr>
                <w:rFonts w:ascii="Raleway" w:hAnsi="Raleway"/>
                <w:b/>
                <w:color w:val="1E5AF5"/>
                <w:lang w:val="fr-FR"/>
              </w:rPr>
            </w:pPr>
            <w:r>
              <w:rPr>
                <w:rFonts w:ascii="Raleway" w:hAnsi="Raleway"/>
                <w:b/>
                <w:color w:val="1E5AF5"/>
                <w:lang w:val="fr-FR"/>
              </w:rPr>
              <w:t>NOM DE L’ETABLISSEMENT</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5FD6DE28" w14:textId="77777777" w:rsidR="0010374A" w:rsidRPr="00AE5949" w:rsidRDefault="0010374A" w:rsidP="00814C2E">
            <w:pPr>
              <w:spacing w:after="0"/>
              <w:rPr>
                <w:rFonts w:ascii="Raleway" w:hAnsi="Raleway"/>
                <w:b/>
                <w:color w:val="1E5AF5"/>
                <w:lang w:val="fr-FR"/>
              </w:rPr>
            </w:pPr>
          </w:p>
        </w:tc>
      </w:tr>
      <w:tr w:rsidR="0010374A" w:rsidRPr="00E008D9" w14:paraId="1A3826AF"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44C84434" w14:textId="60E2B706" w:rsidR="0010374A" w:rsidRDefault="0033423E" w:rsidP="00814C2E">
            <w:pPr>
              <w:spacing w:after="0"/>
              <w:rPr>
                <w:rFonts w:ascii="Raleway" w:hAnsi="Raleway"/>
                <w:b/>
                <w:color w:val="1E5AF5"/>
                <w:lang w:val="fr-FR"/>
              </w:rPr>
            </w:pPr>
            <w:r>
              <w:rPr>
                <w:rFonts w:ascii="Raleway" w:hAnsi="Raleway"/>
                <w:b/>
                <w:color w:val="1E5AF5"/>
                <w:lang w:val="fr-FR"/>
              </w:rPr>
              <w:t>DEPARTEMENT/GROUPE DE RECHERCHE/LABORATOIRE</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51ED5DE6" w14:textId="77777777" w:rsidR="0010374A" w:rsidRPr="00AE5949" w:rsidRDefault="0010374A" w:rsidP="00814C2E">
            <w:pPr>
              <w:spacing w:after="0"/>
              <w:rPr>
                <w:rFonts w:ascii="Raleway" w:hAnsi="Raleway"/>
                <w:b/>
                <w:color w:val="1E5AF5"/>
                <w:lang w:val="fr-FR"/>
              </w:rPr>
            </w:pPr>
          </w:p>
        </w:tc>
      </w:tr>
      <w:tr w:rsidR="0010374A" w:rsidRPr="00E008D9" w14:paraId="3C1DD70E"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39AF677F" w14:textId="77777777" w:rsidR="0033423E" w:rsidRDefault="0033423E" w:rsidP="00814C2E">
            <w:pPr>
              <w:spacing w:after="0"/>
              <w:rPr>
                <w:rFonts w:ascii="Raleway" w:hAnsi="Raleway"/>
                <w:b/>
                <w:color w:val="1E5AF5"/>
                <w:lang w:val="fr-FR"/>
              </w:rPr>
            </w:pPr>
            <w:r>
              <w:rPr>
                <w:rFonts w:ascii="Raleway" w:hAnsi="Raleway"/>
                <w:b/>
                <w:color w:val="1E5AF5"/>
                <w:lang w:val="fr-FR"/>
              </w:rPr>
              <w:t xml:space="preserve">DIRECTEUR DE THESE/RESPONSABLE DE GROUPE DE RECHERCHE </w:t>
            </w:r>
          </w:p>
          <w:p w14:paraId="7730D127" w14:textId="5BF0A323" w:rsidR="0010374A" w:rsidRDefault="0033423E" w:rsidP="00814C2E">
            <w:pPr>
              <w:spacing w:after="0"/>
              <w:rPr>
                <w:rFonts w:ascii="Raleway" w:hAnsi="Raleway"/>
                <w:b/>
                <w:color w:val="1E5AF5"/>
                <w:lang w:val="fr-FR"/>
              </w:rPr>
            </w:pPr>
            <w:r>
              <w:rPr>
                <w:rFonts w:ascii="Raleway" w:hAnsi="Raleway"/>
                <w:b/>
                <w:color w:val="1E5AF5"/>
                <w:lang w:val="fr-FR"/>
              </w:rPr>
              <w:t>(NOM ET EMAIL/TELEPHONE)</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26D4AD3F" w14:textId="77777777" w:rsidR="0010374A" w:rsidRDefault="0010374A" w:rsidP="00814C2E">
            <w:pPr>
              <w:spacing w:after="0"/>
              <w:rPr>
                <w:rFonts w:ascii="Raleway" w:hAnsi="Raleway"/>
                <w:b/>
                <w:color w:val="1E5AF5"/>
                <w:lang w:val="fr-FR"/>
              </w:rPr>
            </w:pPr>
          </w:p>
          <w:p w14:paraId="480708E7" w14:textId="77777777" w:rsidR="0010374A" w:rsidRDefault="0010374A" w:rsidP="00814C2E">
            <w:pPr>
              <w:spacing w:after="0"/>
              <w:rPr>
                <w:rFonts w:ascii="Raleway" w:hAnsi="Raleway"/>
                <w:b/>
                <w:color w:val="1E5AF5"/>
                <w:lang w:val="fr-FR"/>
              </w:rPr>
            </w:pPr>
          </w:p>
          <w:p w14:paraId="50ED568A" w14:textId="77777777" w:rsidR="0010374A" w:rsidRPr="00AE5949" w:rsidRDefault="0010374A" w:rsidP="00814C2E">
            <w:pPr>
              <w:spacing w:after="0"/>
              <w:rPr>
                <w:rFonts w:ascii="Raleway" w:hAnsi="Raleway"/>
                <w:b/>
                <w:color w:val="1E5AF5"/>
                <w:lang w:val="fr-FR"/>
              </w:rPr>
            </w:pPr>
          </w:p>
        </w:tc>
      </w:tr>
    </w:tbl>
    <w:p w14:paraId="1FCD0BD8" w14:textId="77777777" w:rsidR="0010374A" w:rsidRDefault="0010374A">
      <w:pPr>
        <w:rPr>
          <w:rFonts w:ascii="Raleway" w:hAnsi="Raleway"/>
          <w:lang w:val="fr-FR"/>
        </w:rPr>
      </w:pPr>
    </w:p>
    <w:tbl>
      <w:tblPr>
        <w:tblW w:w="5000" w:type="pct"/>
        <w:jc w:val="center"/>
        <w:tblLook w:val="04A0" w:firstRow="1" w:lastRow="0" w:firstColumn="1" w:lastColumn="0" w:noHBand="0" w:noVBand="1"/>
      </w:tblPr>
      <w:tblGrid>
        <w:gridCol w:w="3120"/>
        <w:gridCol w:w="7426"/>
      </w:tblGrid>
      <w:tr w:rsidR="0033423E" w:rsidRPr="00AE5949" w14:paraId="184BAB8A" w14:textId="77777777" w:rsidTr="00814C2E">
        <w:trPr>
          <w:trHeight w:val="396"/>
          <w:jc w:val="center"/>
        </w:trPr>
        <w:tc>
          <w:tcPr>
            <w:tcW w:w="5000" w:type="pct"/>
            <w:gridSpan w:val="2"/>
            <w:tcBorders>
              <w:top w:val="nil"/>
              <w:left w:val="nil"/>
              <w:bottom w:val="nil"/>
              <w:right w:val="nil"/>
            </w:tcBorders>
            <w:shd w:val="clear" w:color="auto" w:fill="1E5AF5"/>
            <w:tcMar>
              <w:top w:w="180" w:type="dxa"/>
              <w:left w:w="240" w:type="dxa"/>
              <w:bottom w:w="180" w:type="dxa"/>
              <w:right w:w="240" w:type="dxa"/>
            </w:tcMar>
            <w:vAlign w:val="center"/>
          </w:tcPr>
          <w:p w14:paraId="08F774E2" w14:textId="00A7F774" w:rsidR="0033423E" w:rsidRPr="00AE5949" w:rsidRDefault="0033423E" w:rsidP="00814C2E">
            <w:pPr>
              <w:spacing w:after="0"/>
              <w:rPr>
                <w:rFonts w:ascii="Raleway" w:hAnsi="Raleway"/>
                <w:lang w:val="fr-FR"/>
              </w:rPr>
            </w:pPr>
            <w:r>
              <w:rPr>
                <w:rFonts w:ascii="Raleway" w:hAnsi="Raleway"/>
                <w:b/>
                <w:color w:val="FFFFFF"/>
                <w:lang w:val="fr-FR"/>
              </w:rPr>
              <w:t xml:space="preserve">L’ETABLISSEMENT </w:t>
            </w:r>
            <w:r>
              <w:rPr>
                <w:rFonts w:ascii="Raleway" w:hAnsi="Raleway"/>
                <w:b/>
                <w:color w:val="FFFFFF"/>
                <w:lang w:val="fr-FR"/>
              </w:rPr>
              <w:t>D’ACCUEIL</w:t>
            </w:r>
          </w:p>
        </w:tc>
      </w:tr>
      <w:tr w:rsidR="0033423E" w:rsidRPr="00AE5949" w14:paraId="548D6C52"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2A0091C5" w14:textId="77777777" w:rsidR="0033423E" w:rsidRPr="0033423E" w:rsidRDefault="0033423E" w:rsidP="00814C2E">
            <w:pPr>
              <w:spacing w:after="0"/>
              <w:rPr>
                <w:rFonts w:ascii="Raleway" w:hAnsi="Raleway"/>
                <w:b/>
                <w:color w:val="1E5AF5"/>
                <w:lang w:val="fr-FR"/>
              </w:rPr>
            </w:pPr>
            <w:r>
              <w:rPr>
                <w:rFonts w:ascii="Raleway" w:hAnsi="Raleway"/>
                <w:b/>
                <w:color w:val="1E5AF5"/>
                <w:lang w:val="fr-FR"/>
              </w:rPr>
              <w:t>NOM DE L’ETABLISSEMENT</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72E4F4BA" w14:textId="77777777" w:rsidR="0033423E" w:rsidRPr="00AE5949" w:rsidRDefault="0033423E" w:rsidP="00814C2E">
            <w:pPr>
              <w:spacing w:after="0"/>
              <w:rPr>
                <w:rFonts w:ascii="Raleway" w:hAnsi="Raleway"/>
                <w:b/>
                <w:color w:val="1E5AF5"/>
                <w:lang w:val="fr-FR"/>
              </w:rPr>
            </w:pPr>
          </w:p>
        </w:tc>
      </w:tr>
      <w:tr w:rsidR="0033423E" w:rsidRPr="00AE5949" w14:paraId="445442C8"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50815D3B" w14:textId="77777777" w:rsidR="0033423E" w:rsidRDefault="0033423E" w:rsidP="00814C2E">
            <w:pPr>
              <w:spacing w:after="0"/>
              <w:rPr>
                <w:rFonts w:ascii="Raleway" w:hAnsi="Raleway"/>
                <w:b/>
                <w:color w:val="1E5AF5"/>
                <w:lang w:val="fr-FR"/>
              </w:rPr>
            </w:pPr>
            <w:r>
              <w:rPr>
                <w:rFonts w:ascii="Raleway" w:hAnsi="Raleway"/>
                <w:b/>
                <w:color w:val="1E5AF5"/>
                <w:lang w:val="fr-FR"/>
              </w:rPr>
              <w:t>DEPARTEMENT/GROUPE DE RECHERCHE/LABORATOIRE</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0DE2794D" w14:textId="77777777" w:rsidR="0033423E" w:rsidRPr="00AE5949" w:rsidRDefault="0033423E" w:rsidP="00814C2E">
            <w:pPr>
              <w:spacing w:after="0"/>
              <w:rPr>
                <w:rFonts w:ascii="Raleway" w:hAnsi="Raleway"/>
                <w:b/>
                <w:color w:val="1E5AF5"/>
                <w:lang w:val="fr-FR"/>
              </w:rPr>
            </w:pPr>
          </w:p>
        </w:tc>
      </w:tr>
      <w:tr w:rsidR="0033423E" w:rsidRPr="00AE5949" w14:paraId="5C06C13D"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6F92DB41" w14:textId="15B02B6C" w:rsidR="0033423E" w:rsidRDefault="0033423E" w:rsidP="00814C2E">
            <w:pPr>
              <w:spacing w:after="0"/>
              <w:rPr>
                <w:rFonts w:ascii="Raleway" w:hAnsi="Raleway"/>
                <w:b/>
                <w:color w:val="1E5AF5"/>
                <w:lang w:val="fr-FR"/>
              </w:rPr>
            </w:pPr>
            <w:r>
              <w:rPr>
                <w:rFonts w:ascii="Raleway" w:hAnsi="Raleway"/>
                <w:b/>
                <w:color w:val="1E5AF5"/>
                <w:lang w:val="fr-FR"/>
              </w:rPr>
              <w:t>SUPERVISEUR D’ACCUEIL</w:t>
            </w:r>
          </w:p>
          <w:p w14:paraId="6FF23C54" w14:textId="77777777" w:rsidR="0033423E" w:rsidRDefault="0033423E" w:rsidP="00814C2E">
            <w:pPr>
              <w:spacing w:after="0"/>
              <w:rPr>
                <w:rFonts w:ascii="Raleway" w:hAnsi="Raleway"/>
                <w:b/>
                <w:color w:val="1E5AF5"/>
                <w:lang w:val="fr-FR"/>
              </w:rPr>
            </w:pPr>
            <w:r>
              <w:rPr>
                <w:rFonts w:ascii="Raleway" w:hAnsi="Raleway"/>
                <w:b/>
                <w:color w:val="1E5AF5"/>
                <w:lang w:val="fr-FR"/>
              </w:rPr>
              <w:t>(NOM ET EMAIL/TELEPHONE)</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3B015C20" w14:textId="77777777" w:rsidR="0033423E" w:rsidRDefault="0033423E" w:rsidP="00814C2E">
            <w:pPr>
              <w:spacing w:after="0"/>
              <w:rPr>
                <w:rFonts w:ascii="Raleway" w:hAnsi="Raleway"/>
                <w:b/>
                <w:color w:val="1E5AF5"/>
                <w:lang w:val="fr-FR"/>
              </w:rPr>
            </w:pPr>
          </w:p>
          <w:p w14:paraId="3E3809F9" w14:textId="77777777" w:rsidR="0033423E" w:rsidRDefault="0033423E" w:rsidP="00814C2E">
            <w:pPr>
              <w:spacing w:after="0"/>
              <w:rPr>
                <w:rFonts w:ascii="Raleway" w:hAnsi="Raleway"/>
                <w:b/>
                <w:color w:val="1E5AF5"/>
                <w:lang w:val="fr-FR"/>
              </w:rPr>
            </w:pPr>
          </w:p>
          <w:p w14:paraId="06E360D7" w14:textId="77777777" w:rsidR="0033423E" w:rsidRPr="00AE5949" w:rsidRDefault="0033423E" w:rsidP="00814C2E">
            <w:pPr>
              <w:spacing w:after="0"/>
              <w:rPr>
                <w:rFonts w:ascii="Raleway" w:hAnsi="Raleway"/>
                <w:b/>
                <w:color w:val="1E5AF5"/>
                <w:lang w:val="fr-FR"/>
              </w:rPr>
            </w:pPr>
          </w:p>
        </w:tc>
      </w:tr>
    </w:tbl>
    <w:p w14:paraId="7D3E8A01" w14:textId="77777777" w:rsidR="0033423E" w:rsidRDefault="0033423E" w:rsidP="0033423E">
      <w:pPr>
        <w:rPr>
          <w:rFonts w:ascii="Raleway" w:hAnsi="Raleway"/>
          <w:lang w:val="fr-FR"/>
        </w:rPr>
      </w:pPr>
    </w:p>
    <w:tbl>
      <w:tblPr>
        <w:tblW w:w="5000" w:type="pct"/>
        <w:jc w:val="center"/>
        <w:tblLook w:val="04A0" w:firstRow="1" w:lastRow="0" w:firstColumn="1" w:lastColumn="0" w:noHBand="0" w:noVBand="1"/>
      </w:tblPr>
      <w:tblGrid>
        <w:gridCol w:w="3120"/>
        <w:gridCol w:w="7426"/>
      </w:tblGrid>
      <w:tr w:rsidR="0033423E" w:rsidRPr="00AE5949" w14:paraId="59C91D03" w14:textId="77777777" w:rsidTr="00814C2E">
        <w:trPr>
          <w:trHeight w:val="396"/>
          <w:jc w:val="center"/>
        </w:trPr>
        <w:tc>
          <w:tcPr>
            <w:tcW w:w="5000" w:type="pct"/>
            <w:gridSpan w:val="2"/>
            <w:tcBorders>
              <w:top w:val="nil"/>
              <w:left w:val="nil"/>
              <w:bottom w:val="nil"/>
              <w:right w:val="nil"/>
            </w:tcBorders>
            <w:shd w:val="clear" w:color="auto" w:fill="1E5AF5"/>
            <w:tcMar>
              <w:top w:w="180" w:type="dxa"/>
              <w:left w:w="240" w:type="dxa"/>
              <w:bottom w:w="180" w:type="dxa"/>
              <w:right w:w="240" w:type="dxa"/>
            </w:tcMar>
            <w:vAlign w:val="center"/>
          </w:tcPr>
          <w:p w14:paraId="6341438B" w14:textId="036B012F" w:rsidR="0033423E" w:rsidRPr="00AE5949" w:rsidRDefault="0033423E" w:rsidP="00814C2E">
            <w:pPr>
              <w:spacing w:after="0"/>
              <w:rPr>
                <w:rFonts w:ascii="Raleway" w:hAnsi="Raleway"/>
                <w:lang w:val="fr-FR"/>
              </w:rPr>
            </w:pPr>
            <w:r>
              <w:rPr>
                <w:rFonts w:ascii="Raleway" w:hAnsi="Raleway"/>
                <w:b/>
                <w:color w:val="FFFFFF"/>
                <w:lang w:val="fr-FR"/>
              </w:rPr>
              <w:t>PROGRAMME DE MOBILITE PROPOSE</w:t>
            </w:r>
          </w:p>
        </w:tc>
      </w:tr>
      <w:tr w:rsidR="0033423E" w:rsidRPr="00AE5949" w14:paraId="235A865B"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136ADD0D" w14:textId="3A270123" w:rsidR="0033423E" w:rsidRPr="0033423E" w:rsidRDefault="0033423E" w:rsidP="00814C2E">
            <w:pPr>
              <w:spacing w:after="0"/>
              <w:rPr>
                <w:rFonts w:ascii="Raleway" w:hAnsi="Raleway"/>
                <w:b/>
                <w:color w:val="1E5AF5"/>
                <w:lang w:val="fr-FR"/>
              </w:rPr>
            </w:pPr>
            <w:r>
              <w:rPr>
                <w:rFonts w:ascii="Raleway" w:hAnsi="Raleway"/>
                <w:b/>
                <w:color w:val="1E5AF5"/>
                <w:lang w:val="fr-FR"/>
              </w:rPr>
              <w:t>LANGUE DE LA MOBILITE</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05AEF0DA" w14:textId="77777777" w:rsidR="0033423E" w:rsidRPr="00AE5949" w:rsidRDefault="0033423E" w:rsidP="00814C2E">
            <w:pPr>
              <w:spacing w:after="0"/>
              <w:rPr>
                <w:rFonts w:ascii="Raleway" w:hAnsi="Raleway"/>
                <w:b/>
                <w:color w:val="1E5AF5"/>
                <w:lang w:val="fr-FR"/>
              </w:rPr>
            </w:pPr>
          </w:p>
        </w:tc>
      </w:tr>
      <w:tr w:rsidR="0033423E" w:rsidRPr="00AE5949" w14:paraId="00159E75"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034940CC" w14:textId="0FD6D515" w:rsidR="0033423E" w:rsidRDefault="0033423E" w:rsidP="0033423E">
            <w:pPr>
              <w:spacing w:before="240" w:after="120"/>
              <w:ind w:left="-6" w:firstLine="6"/>
              <w:rPr>
                <w:rFonts w:ascii="Raleway" w:hAnsi="Raleway" w:cs="Calibri"/>
                <w:bCs/>
                <w:sz w:val="20"/>
                <w:lang w:val="fr-FR"/>
              </w:rPr>
            </w:pPr>
            <w:r>
              <w:rPr>
                <w:rFonts w:ascii="Raleway" w:hAnsi="Raleway"/>
                <w:b/>
                <w:color w:val="1E5AF5"/>
                <w:lang w:val="fr-FR"/>
              </w:rPr>
              <w:t>OBJECTIFS GENERAUX DES ACTIVITES DE MOBILITE ET DE MISE EN RESEAU</w:t>
            </w:r>
            <w:r w:rsidRPr="0023798B">
              <w:rPr>
                <w:rFonts w:ascii="Raleway" w:hAnsi="Raleway" w:cs="Calibri"/>
                <w:bCs/>
                <w:sz w:val="20"/>
                <w:lang w:val="fr-FR"/>
              </w:rPr>
              <w:t xml:space="preserve"> </w:t>
            </w:r>
          </w:p>
          <w:p w14:paraId="62E11C82" w14:textId="2C477EB1" w:rsidR="0033423E" w:rsidRDefault="0033423E" w:rsidP="00814C2E">
            <w:pPr>
              <w:spacing w:after="0"/>
              <w:rPr>
                <w:rFonts w:ascii="Raleway" w:hAnsi="Raleway"/>
                <w:b/>
                <w:color w:val="1E5AF5"/>
                <w:lang w:val="fr-FR"/>
              </w:rPr>
            </w:pP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710FA40E" w14:textId="77777777" w:rsidR="0033423E" w:rsidRPr="00AE5949" w:rsidRDefault="0033423E" w:rsidP="00814C2E">
            <w:pPr>
              <w:spacing w:after="0"/>
              <w:rPr>
                <w:rFonts w:ascii="Raleway" w:hAnsi="Raleway"/>
                <w:b/>
                <w:color w:val="1E5AF5"/>
                <w:lang w:val="fr-FR"/>
              </w:rPr>
            </w:pPr>
          </w:p>
        </w:tc>
      </w:tr>
      <w:tr w:rsidR="0033423E" w:rsidRPr="00AE5949" w14:paraId="38C9BDB3"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5A22B67D" w14:textId="48CE973A" w:rsidR="0033423E" w:rsidRDefault="0033423E" w:rsidP="0033423E">
            <w:pPr>
              <w:spacing w:before="240" w:after="120"/>
              <w:ind w:left="-6" w:firstLine="6"/>
              <w:rPr>
                <w:rFonts w:ascii="Raleway" w:hAnsi="Raleway" w:cs="Calibri"/>
                <w:bCs/>
                <w:sz w:val="20"/>
                <w:lang w:val="fr-FR"/>
              </w:rPr>
            </w:pPr>
            <w:r>
              <w:rPr>
                <w:rFonts w:ascii="Raleway" w:hAnsi="Raleway"/>
                <w:b/>
                <w:color w:val="1E5AF5"/>
                <w:lang w:val="fr-FR"/>
              </w:rPr>
              <w:t>DESCRIPTION</w:t>
            </w:r>
            <w:r>
              <w:rPr>
                <w:rFonts w:ascii="Raleway" w:hAnsi="Raleway"/>
                <w:b/>
                <w:color w:val="1E5AF5"/>
                <w:lang w:val="fr-FR"/>
              </w:rPr>
              <w:t xml:space="preserve"> DES ACTIVITES DE MOBILITE ET DE MISE EN RESEAU</w:t>
            </w:r>
            <w:r>
              <w:rPr>
                <w:rFonts w:ascii="Raleway" w:hAnsi="Raleway"/>
                <w:b/>
                <w:color w:val="1E5AF5"/>
                <w:lang w:val="fr-FR"/>
              </w:rPr>
              <w:t xml:space="preserve"> SCIENTIFIQUE PREVUES</w:t>
            </w:r>
          </w:p>
          <w:p w14:paraId="598C377F" w14:textId="3E7CF07D" w:rsidR="0033423E" w:rsidRDefault="0033423E" w:rsidP="00814C2E">
            <w:pPr>
              <w:spacing w:after="0"/>
              <w:rPr>
                <w:rFonts w:ascii="Raleway" w:hAnsi="Raleway"/>
                <w:b/>
                <w:color w:val="1E5AF5"/>
                <w:lang w:val="fr-FR"/>
              </w:rPr>
            </w:pP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7339DD6C" w14:textId="77777777" w:rsidR="0033423E" w:rsidRDefault="0033423E" w:rsidP="00814C2E">
            <w:pPr>
              <w:spacing w:after="0"/>
              <w:rPr>
                <w:rFonts w:ascii="Raleway" w:hAnsi="Raleway"/>
                <w:b/>
                <w:color w:val="1E5AF5"/>
                <w:lang w:val="fr-FR"/>
              </w:rPr>
            </w:pPr>
          </w:p>
          <w:p w14:paraId="0DF073B8" w14:textId="77777777" w:rsidR="0033423E" w:rsidRDefault="0033423E" w:rsidP="00814C2E">
            <w:pPr>
              <w:spacing w:after="0"/>
              <w:rPr>
                <w:rFonts w:ascii="Raleway" w:hAnsi="Raleway"/>
                <w:b/>
                <w:color w:val="1E5AF5"/>
                <w:lang w:val="fr-FR"/>
              </w:rPr>
            </w:pPr>
          </w:p>
          <w:p w14:paraId="5C941A81" w14:textId="77777777" w:rsidR="0033423E" w:rsidRPr="00AE5949" w:rsidRDefault="0033423E" w:rsidP="00814C2E">
            <w:pPr>
              <w:spacing w:after="0"/>
              <w:rPr>
                <w:rFonts w:ascii="Raleway" w:hAnsi="Raleway"/>
                <w:b/>
                <w:color w:val="1E5AF5"/>
                <w:lang w:val="fr-FR"/>
              </w:rPr>
            </w:pPr>
          </w:p>
        </w:tc>
      </w:tr>
      <w:tr w:rsidR="0033423E" w:rsidRPr="00AE5949" w14:paraId="5D100666"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6E78F777" w14:textId="24510752" w:rsidR="0033423E" w:rsidRPr="0033423E" w:rsidRDefault="0033423E" w:rsidP="0033423E">
            <w:pPr>
              <w:spacing w:before="240" w:after="120"/>
              <w:ind w:left="-6" w:firstLine="6"/>
              <w:rPr>
                <w:rFonts w:ascii="Raleway" w:hAnsi="Raleway" w:cs="Calibri"/>
                <w:bCs/>
                <w:sz w:val="20"/>
                <w:lang w:val="fr-FR"/>
              </w:rPr>
            </w:pPr>
            <w:r>
              <w:rPr>
                <w:rFonts w:ascii="Raleway" w:hAnsi="Raleway"/>
                <w:b/>
                <w:color w:val="1E5AF5"/>
                <w:lang w:val="fr-FR"/>
              </w:rPr>
              <w:t xml:space="preserve">DESCRIPTION DES ACTIVITES </w:t>
            </w:r>
            <w:r>
              <w:rPr>
                <w:rFonts w:ascii="Raleway" w:hAnsi="Raleway"/>
                <w:b/>
                <w:color w:val="1E5AF5"/>
                <w:lang w:val="fr-FR"/>
              </w:rPr>
              <w:t>ACADEMIQUES</w:t>
            </w:r>
            <w:r>
              <w:rPr>
                <w:rFonts w:ascii="Raleway" w:hAnsi="Raleway"/>
                <w:b/>
                <w:color w:val="1E5AF5"/>
                <w:lang w:val="fr-FR"/>
              </w:rPr>
              <w:t xml:space="preserve"> </w:t>
            </w:r>
            <w:r>
              <w:rPr>
                <w:rFonts w:ascii="Raleway" w:hAnsi="Raleway"/>
                <w:b/>
                <w:color w:val="1E5AF5"/>
                <w:lang w:val="fr-FR"/>
              </w:rPr>
              <w:t>PROPOSEES</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31BA8F16" w14:textId="77777777" w:rsidR="0033423E" w:rsidRDefault="0033423E" w:rsidP="00814C2E">
            <w:pPr>
              <w:spacing w:after="0"/>
              <w:rPr>
                <w:rFonts w:ascii="Raleway" w:hAnsi="Raleway"/>
                <w:b/>
                <w:color w:val="1E5AF5"/>
                <w:lang w:val="fr-FR"/>
              </w:rPr>
            </w:pPr>
          </w:p>
        </w:tc>
      </w:tr>
      <w:tr w:rsidR="0033423E" w:rsidRPr="00AE5949" w14:paraId="35C1611C"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4C2EF547" w14:textId="0BFB3F1F" w:rsidR="0033423E" w:rsidRDefault="0033423E" w:rsidP="0033423E">
            <w:pPr>
              <w:spacing w:before="240" w:after="120"/>
              <w:ind w:left="-6" w:firstLine="6"/>
              <w:rPr>
                <w:rFonts w:ascii="Raleway" w:hAnsi="Raleway"/>
                <w:b/>
                <w:color w:val="1E5AF5"/>
                <w:lang w:val="fr-FR"/>
              </w:rPr>
            </w:pPr>
            <w:r>
              <w:rPr>
                <w:rFonts w:ascii="Raleway" w:hAnsi="Raleway"/>
                <w:b/>
                <w:color w:val="1E5AF5"/>
                <w:lang w:val="fr-FR"/>
              </w:rPr>
              <w:t>IMPACT ATTENDU SUR LE PARCOURS UNIVERSITAIRE ET PROFESSIONNEL DU CANDIDAT</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40847D22" w14:textId="77777777" w:rsidR="0033423E" w:rsidRDefault="0033423E" w:rsidP="00814C2E">
            <w:pPr>
              <w:spacing w:after="0"/>
              <w:rPr>
                <w:rFonts w:ascii="Raleway" w:hAnsi="Raleway"/>
                <w:b/>
                <w:color w:val="1E5AF5"/>
                <w:lang w:val="fr-FR"/>
              </w:rPr>
            </w:pPr>
          </w:p>
        </w:tc>
      </w:tr>
      <w:tr w:rsidR="0033423E" w:rsidRPr="00AE5949" w14:paraId="501CCB49"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2856DA18" w14:textId="1EE838D8" w:rsidR="0033423E" w:rsidRDefault="0033423E" w:rsidP="0033423E">
            <w:pPr>
              <w:spacing w:before="240" w:after="120"/>
              <w:ind w:left="-6" w:firstLine="6"/>
              <w:rPr>
                <w:rFonts w:ascii="Raleway" w:hAnsi="Raleway"/>
                <w:b/>
                <w:color w:val="1E5AF5"/>
                <w:lang w:val="fr-FR"/>
              </w:rPr>
            </w:pPr>
            <w:r>
              <w:rPr>
                <w:rFonts w:ascii="Raleway" w:hAnsi="Raleway"/>
                <w:b/>
                <w:color w:val="1E5AF5"/>
                <w:lang w:val="fr-FR"/>
              </w:rPr>
              <w:t>VALEUR AJOUTEE DE LA MOBILITE POUR LES GROUPES DE RECHERCHE ET LES ETABLISSEMENTS PARTICIPANTS</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26F996D9" w14:textId="77777777" w:rsidR="0033423E" w:rsidRDefault="0033423E" w:rsidP="00814C2E">
            <w:pPr>
              <w:spacing w:after="0"/>
              <w:rPr>
                <w:rFonts w:ascii="Raleway" w:hAnsi="Raleway"/>
                <w:b/>
                <w:color w:val="1E5AF5"/>
                <w:lang w:val="fr-FR"/>
              </w:rPr>
            </w:pPr>
          </w:p>
        </w:tc>
      </w:tr>
      <w:tr w:rsidR="0033423E" w:rsidRPr="00AE5949" w14:paraId="15269574"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53B6A703" w14:textId="0C56F169" w:rsidR="0033423E" w:rsidRDefault="0033423E" w:rsidP="0033423E">
            <w:pPr>
              <w:spacing w:before="240" w:after="120"/>
              <w:ind w:left="-6" w:firstLine="6"/>
              <w:rPr>
                <w:rFonts w:ascii="Raleway" w:hAnsi="Raleway"/>
                <w:b/>
                <w:color w:val="1E5AF5"/>
                <w:lang w:val="fr-FR"/>
              </w:rPr>
            </w:pPr>
            <w:r>
              <w:rPr>
                <w:rFonts w:ascii="Raleway" w:hAnsi="Raleway"/>
                <w:b/>
                <w:color w:val="1E5AF5"/>
                <w:lang w:val="fr-FR"/>
              </w:rPr>
              <w:t>CONTRIBUTION POTENTIELLE A UNE COLLABORATION A LONG TERME AU SEIN D’ACROSS</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2131F8E8" w14:textId="77777777" w:rsidR="0033423E" w:rsidRDefault="0033423E" w:rsidP="00814C2E">
            <w:pPr>
              <w:spacing w:after="0"/>
              <w:rPr>
                <w:rFonts w:ascii="Raleway" w:hAnsi="Raleway"/>
                <w:b/>
                <w:color w:val="1E5AF5"/>
                <w:lang w:val="fr-FR"/>
              </w:rPr>
            </w:pPr>
          </w:p>
        </w:tc>
      </w:tr>
      <w:tr w:rsidR="0033423E" w:rsidRPr="00AE5949" w14:paraId="74817E83" w14:textId="77777777" w:rsidTr="00814C2E">
        <w:trPr>
          <w:jc w:val="center"/>
        </w:trPr>
        <w:tc>
          <w:tcPr>
            <w:tcW w:w="1479"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38F03D02" w14:textId="0A58C472" w:rsidR="0033423E" w:rsidRDefault="0033423E" w:rsidP="003D2CF0">
            <w:pPr>
              <w:spacing w:before="240" w:after="0" w:line="240" w:lineRule="auto"/>
              <w:ind w:left="-6" w:firstLine="6"/>
              <w:rPr>
                <w:rFonts w:ascii="Raleway" w:hAnsi="Raleway"/>
                <w:b/>
                <w:color w:val="1E5AF5"/>
                <w:lang w:val="fr-FR"/>
              </w:rPr>
            </w:pPr>
            <w:r>
              <w:rPr>
                <w:rFonts w:ascii="Raleway" w:hAnsi="Raleway"/>
                <w:b/>
                <w:color w:val="1E5AF5"/>
                <w:lang w:val="fr-FR"/>
              </w:rPr>
              <w:t>DIMENSION DE COOPERATION INTERDISCIPLINAIRE ET TRANSFRONTALIERE, LE CAS ECHEANT</w:t>
            </w:r>
          </w:p>
        </w:tc>
        <w:tc>
          <w:tcPr>
            <w:tcW w:w="3521" w:type="pct"/>
            <w:tcBorders>
              <w:top w:val="single" w:sz="8" w:space="0" w:color="1E5AF5"/>
              <w:left w:val="single" w:sz="8" w:space="0" w:color="1E5AF5"/>
              <w:bottom w:val="single" w:sz="8" w:space="0" w:color="1E5AF5"/>
              <w:right w:val="single" w:sz="8" w:space="0" w:color="1E5AF5"/>
            </w:tcBorders>
            <w:shd w:val="clear" w:color="auto" w:fill="F3F6FC"/>
          </w:tcPr>
          <w:p w14:paraId="73613D81" w14:textId="77777777" w:rsidR="0033423E" w:rsidRDefault="0033423E" w:rsidP="003D2CF0">
            <w:pPr>
              <w:spacing w:after="0" w:line="240" w:lineRule="auto"/>
              <w:rPr>
                <w:rFonts w:ascii="Raleway" w:hAnsi="Raleway"/>
                <w:b/>
                <w:color w:val="1E5AF5"/>
                <w:lang w:val="fr-FR"/>
              </w:rPr>
            </w:pPr>
          </w:p>
        </w:tc>
      </w:tr>
    </w:tbl>
    <w:p w14:paraId="4C0F7B3B" w14:textId="77777777" w:rsidR="0033423E" w:rsidRDefault="0033423E" w:rsidP="003D2CF0">
      <w:pPr>
        <w:spacing w:after="0" w:line="240" w:lineRule="auto"/>
        <w:rPr>
          <w:rFonts w:ascii="Raleway" w:hAnsi="Raleway"/>
          <w:szCs w:val="18"/>
          <w:lang w:val="fr-FR"/>
        </w:rPr>
      </w:pPr>
    </w:p>
    <w:p w14:paraId="41C128CF" w14:textId="77777777" w:rsidR="003D2CF0" w:rsidRDefault="0033423E" w:rsidP="003D2CF0">
      <w:pPr>
        <w:spacing w:after="0" w:line="240" w:lineRule="auto"/>
        <w:rPr>
          <w:rFonts w:ascii="Raleway" w:hAnsi="Raleway" w:cs="Calibri"/>
          <w:b/>
          <w:color w:val="1E5AF5"/>
          <w:sz w:val="16"/>
          <w:szCs w:val="16"/>
          <w:lang w:val="fr-FR"/>
        </w:rPr>
      </w:pPr>
      <w:r w:rsidRPr="0033423E">
        <w:rPr>
          <w:rFonts w:ascii="Raleway" w:hAnsi="Raleway" w:cs="Calibri"/>
          <w:b/>
          <w:color w:val="1E5AF5"/>
          <w:sz w:val="16"/>
          <w:szCs w:val="16"/>
          <w:lang w:val="fr-FR"/>
        </w:rPr>
        <w:t>ENGAGEMENT DES TROIS PARTIES</w:t>
      </w:r>
    </w:p>
    <w:p w14:paraId="3EAB4556" w14:textId="77777777" w:rsidR="003D2CF0" w:rsidRDefault="0033423E" w:rsidP="003D2CF0">
      <w:pPr>
        <w:spacing w:after="0" w:line="20" w:lineRule="atLeast"/>
        <w:rPr>
          <w:rFonts w:ascii="Raleway" w:hAnsi="Raleway"/>
          <w:color w:val="1E5AF5"/>
          <w:sz w:val="16"/>
          <w:szCs w:val="16"/>
          <w:lang w:val="fr-FR"/>
        </w:rPr>
      </w:pPr>
      <w:r w:rsidRPr="0033423E">
        <w:rPr>
          <w:rFonts w:ascii="Raleway" w:hAnsi="Raleway" w:cs="Calibri"/>
          <w:szCs w:val="18"/>
          <w:lang w:val="fr-FR"/>
        </w:rPr>
        <w:t>En signant</w:t>
      </w:r>
      <w:r w:rsidRPr="0033423E">
        <w:rPr>
          <w:rStyle w:val="Appeldenotedefin"/>
          <w:rFonts w:ascii="Raleway" w:hAnsi="Raleway" w:cs="Calibri"/>
          <w:b/>
          <w:szCs w:val="18"/>
          <w:lang w:val="en-GB"/>
        </w:rPr>
        <w:endnoteReference w:id="1"/>
      </w:r>
      <w:r w:rsidRPr="0033423E">
        <w:rPr>
          <w:rFonts w:ascii="Raleway" w:hAnsi="Raleway" w:cs="Calibri"/>
          <w:szCs w:val="18"/>
          <w:lang w:val="fr-FR"/>
        </w:rPr>
        <w:t xml:space="preserve"> ce document, le participant, l’établissement d’origine et l’organisme d’accueil confirment qu’ils approuvent l’accord de mobilité proposé et le considèrent comme très bénéfique pour le développement académique du candidat ainsi que pour le renforcement des réseaux de recherche, du partage des connaissances et de la collaboration entre les établissements participants et les groupes de recherche au sein de l’alliance </w:t>
      </w:r>
      <w:proofErr w:type="spellStart"/>
      <w:r w:rsidRPr="0033423E">
        <w:rPr>
          <w:rFonts w:ascii="Raleway" w:hAnsi="Raleway" w:cs="Calibri"/>
          <w:szCs w:val="18"/>
          <w:lang w:val="fr-FR"/>
        </w:rPr>
        <w:t>Across.</w:t>
      </w:r>
      <w:proofErr w:type="spellEnd"/>
    </w:p>
    <w:p w14:paraId="432F222F" w14:textId="40094510" w:rsidR="0033423E" w:rsidRPr="003D2CF0" w:rsidRDefault="0033423E" w:rsidP="003D2CF0">
      <w:pPr>
        <w:spacing w:after="0" w:line="20" w:lineRule="atLeast"/>
        <w:rPr>
          <w:rFonts w:ascii="Raleway" w:hAnsi="Raleway"/>
          <w:color w:val="1E5AF5"/>
          <w:sz w:val="16"/>
          <w:szCs w:val="16"/>
          <w:lang w:val="fr-FR"/>
        </w:rPr>
      </w:pPr>
      <w:r w:rsidRPr="0033423E">
        <w:rPr>
          <w:rFonts w:ascii="Raleway" w:hAnsi="Raleway" w:cs="Calibri"/>
          <w:szCs w:val="18"/>
          <w:lang w:val="fr-FR"/>
        </w:rPr>
        <w:t>L’établissement d’accueil s’engage à fournir l’environnement académique et le soutien institutionnel nécessaires à la mise en œuvre des activités de mobilité proposées.</w:t>
      </w:r>
    </w:p>
    <w:p w14:paraId="4EF02D98" w14:textId="2D604B85" w:rsidR="0033423E" w:rsidRPr="0033423E" w:rsidRDefault="0033423E" w:rsidP="003D2CF0">
      <w:pPr>
        <w:autoSpaceDE w:val="0"/>
        <w:autoSpaceDN w:val="0"/>
        <w:adjustRightInd w:val="0"/>
        <w:spacing w:after="0" w:line="20" w:lineRule="atLeast"/>
        <w:jc w:val="both"/>
        <w:rPr>
          <w:rFonts w:ascii="Raleway" w:hAnsi="Raleway" w:cs="Calibri"/>
          <w:szCs w:val="18"/>
          <w:lang w:val="fr-FR"/>
        </w:rPr>
      </w:pPr>
      <w:r w:rsidRPr="0033423E">
        <w:rPr>
          <w:rFonts w:ascii="Raleway" w:hAnsi="Raleway" w:cs="Calibri"/>
          <w:szCs w:val="18"/>
          <w:lang w:val="fr-FR"/>
        </w:rPr>
        <w:t>L’établissement d’origine soutient cette mobilité en tant qu’activité s’inscrivant dans les objectifs du programme de mobilité, notamment les activités de mise en réseau, d’enseignement, de formation et d’échange d’expertise en rapport avec le domaine d’études et/ou de recherche du participant.</w:t>
      </w:r>
    </w:p>
    <w:p w14:paraId="6F11FCC1" w14:textId="77777777" w:rsidR="0033423E" w:rsidRPr="0033423E" w:rsidRDefault="0033423E" w:rsidP="003D2CF0">
      <w:pPr>
        <w:autoSpaceDE w:val="0"/>
        <w:autoSpaceDN w:val="0"/>
        <w:adjustRightInd w:val="0"/>
        <w:spacing w:after="0" w:line="20" w:lineRule="atLeast"/>
        <w:jc w:val="both"/>
        <w:rPr>
          <w:rFonts w:ascii="Raleway" w:hAnsi="Raleway" w:cs="Calibri"/>
          <w:szCs w:val="18"/>
          <w:lang w:val="fr-FR"/>
        </w:rPr>
      </w:pPr>
      <w:r w:rsidRPr="0033423E">
        <w:rPr>
          <w:rFonts w:ascii="Raleway" w:hAnsi="Raleway" w:cs="Calibri"/>
          <w:szCs w:val="18"/>
          <w:lang w:val="fr-FR"/>
        </w:rPr>
        <w:t xml:space="preserve">Le participant fera part de son expérience, en particulier de son impact sur son développement académique et sur l’établissement d’origine, afin d’inspirer d’autres mobilités. </w:t>
      </w:r>
    </w:p>
    <w:p w14:paraId="201A7578" w14:textId="77777777" w:rsidR="0033423E" w:rsidRPr="0033423E" w:rsidRDefault="0033423E" w:rsidP="003D2CF0">
      <w:pPr>
        <w:autoSpaceDE w:val="0"/>
        <w:autoSpaceDN w:val="0"/>
        <w:adjustRightInd w:val="0"/>
        <w:spacing w:after="0" w:line="20" w:lineRule="atLeast"/>
        <w:jc w:val="both"/>
        <w:rPr>
          <w:rFonts w:ascii="Raleway" w:hAnsi="Raleway" w:cs="Calibri"/>
          <w:szCs w:val="18"/>
          <w:lang w:val="fr-FR"/>
        </w:rPr>
      </w:pPr>
      <w:r w:rsidRPr="0033423E">
        <w:rPr>
          <w:rFonts w:ascii="Raleway" w:hAnsi="Raleway" w:cs="Calibri"/>
          <w:szCs w:val="18"/>
          <w:lang w:val="fr-FR"/>
        </w:rPr>
        <w:t>Le participant et l’organisme bénéficiaire s’engagent à respecter les exigences énoncées dans la convention de subvention signée entre eux.</w:t>
      </w:r>
    </w:p>
    <w:p w14:paraId="26BC2428" w14:textId="1F89111B" w:rsidR="003D2CF0" w:rsidRDefault="0033423E" w:rsidP="003D2CF0">
      <w:pPr>
        <w:autoSpaceDE w:val="0"/>
        <w:autoSpaceDN w:val="0"/>
        <w:adjustRightInd w:val="0"/>
        <w:spacing w:after="0" w:line="240" w:lineRule="auto"/>
        <w:jc w:val="both"/>
        <w:rPr>
          <w:rFonts w:ascii="Raleway" w:hAnsi="Raleway" w:cs="Calibri"/>
          <w:szCs w:val="18"/>
          <w:lang w:val="fr-FR"/>
        </w:rPr>
      </w:pPr>
      <w:r w:rsidRPr="0033423E">
        <w:rPr>
          <w:rFonts w:ascii="Raleway" w:hAnsi="Raleway" w:cs="Calibri"/>
          <w:szCs w:val="18"/>
          <w:lang w:val="fr-FR"/>
        </w:rPr>
        <w:t>Le participant et l’organisme d’accueil communiqueront à l’établissement d’origine tout problème ou changement concernant le programme de mobilité proposé ou la période de mobilité.</w:t>
      </w:r>
    </w:p>
    <w:p w14:paraId="0FE63BDE" w14:textId="77777777" w:rsidR="003D2CF0" w:rsidRPr="003D2CF0" w:rsidRDefault="003D2CF0" w:rsidP="003D2CF0">
      <w:pPr>
        <w:autoSpaceDE w:val="0"/>
        <w:autoSpaceDN w:val="0"/>
        <w:adjustRightInd w:val="0"/>
        <w:spacing w:after="0" w:line="240" w:lineRule="auto"/>
        <w:jc w:val="both"/>
        <w:rPr>
          <w:rFonts w:ascii="Raleway" w:hAnsi="Raleway" w:cs="Calibri"/>
          <w:szCs w:val="18"/>
          <w:lang w:val="fr-FR"/>
        </w:rPr>
      </w:pPr>
    </w:p>
    <w:tbl>
      <w:tblPr>
        <w:tblW w:w="5000" w:type="pct"/>
        <w:jc w:val="center"/>
        <w:tblLook w:val="04A0" w:firstRow="1" w:lastRow="0" w:firstColumn="1" w:lastColumn="0" w:noHBand="0" w:noVBand="1"/>
      </w:tblPr>
      <w:tblGrid>
        <w:gridCol w:w="10489"/>
        <w:gridCol w:w="57"/>
      </w:tblGrid>
      <w:tr w:rsidR="003D2CF0" w:rsidRPr="00AE5949" w14:paraId="69330B7A" w14:textId="77777777" w:rsidTr="003D2CF0">
        <w:trPr>
          <w:trHeight w:val="396"/>
          <w:jc w:val="center"/>
        </w:trPr>
        <w:tc>
          <w:tcPr>
            <w:tcW w:w="5000" w:type="pct"/>
            <w:gridSpan w:val="2"/>
            <w:tcBorders>
              <w:top w:val="nil"/>
              <w:left w:val="nil"/>
              <w:bottom w:val="nil"/>
              <w:right w:val="nil"/>
            </w:tcBorders>
            <w:shd w:val="clear" w:color="auto" w:fill="1E5AF5"/>
            <w:tcMar>
              <w:top w:w="180" w:type="dxa"/>
              <w:left w:w="240" w:type="dxa"/>
              <w:bottom w:w="180" w:type="dxa"/>
              <w:right w:w="240" w:type="dxa"/>
            </w:tcMar>
            <w:vAlign w:val="center"/>
          </w:tcPr>
          <w:p w14:paraId="004FAECE" w14:textId="79FED3DF" w:rsidR="003D2CF0" w:rsidRPr="00AE5949" w:rsidRDefault="003D2CF0" w:rsidP="00814C2E">
            <w:pPr>
              <w:spacing w:after="0"/>
              <w:rPr>
                <w:rFonts w:ascii="Raleway" w:hAnsi="Raleway"/>
                <w:lang w:val="fr-FR"/>
              </w:rPr>
            </w:pPr>
            <w:r>
              <w:rPr>
                <w:rFonts w:ascii="Raleway" w:hAnsi="Raleway"/>
                <w:b/>
                <w:color w:val="FFFFFF"/>
                <w:lang w:val="fr-FR"/>
              </w:rPr>
              <w:t>LE PARTICIPANT</w:t>
            </w:r>
          </w:p>
        </w:tc>
      </w:tr>
      <w:tr w:rsidR="003D2CF0" w:rsidRPr="00AE5949" w14:paraId="2F7A1791" w14:textId="77777777" w:rsidTr="003D2CF0">
        <w:trPr>
          <w:gridAfter w:val="1"/>
          <w:wAfter w:w="27" w:type="pct"/>
          <w:jc w:val="center"/>
        </w:trPr>
        <w:tc>
          <w:tcPr>
            <w:tcW w:w="4973"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37661D27" w14:textId="77777777" w:rsidR="003D2CF0" w:rsidRDefault="003D2CF0" w:rsidP="003D2CF0">
            <w:pPr>
              <w:spacing w:after="0" w:line="20" w:lineRule="atLeast"/>
              <w:rPr>
                <w:rFonts w:ascii="Raleway" w:hAnsi="Raleway"/>
                <w:b/>
                <w:color w:val="1E5AF5"/>
                <w:lang w:val="fr-FR"/>
              </w:rPr>
            </w:pPr>
            <w:r>
              <w:rPr>
                <w:rFonts w:ascii="Raleway" w:hAnsi="Raleway"/>
                <w:b/>
                <w:color w:val="1E5AF5"/>
                <w:lang w:val="fr-FR"/>
              </w:rPr>
              <w:t xml:space="preserve">NOM : </w:t>
            </w:r>
          </w:p>
          <w:p w14:paraId="3A21ECB2" w14:textId="77777777" w:rsidR="003D2CF0" w:rsidRDefault="003D2CF0" w:rsidP="003D2CF0">
            <w:pPr>
              <w:spacing w:after="0" w:line="20" w:lineRule="atLeast"/>
              <w:rPr>
                <w:rFonts w:ascii="Raleway" w:hAnsi="Raleway"/>
                <w:b/>
                <w:color w:val="1E5AF5"/>
                <w:lang w:val="fr-FR"/>
              </w:rPr>
            </w:pPr>
          </w:p>
          <w:p w14:paraId="434740AD" w14:textId="77777777" w:rsidR="003D2CF0" w:rsidRDefault="003D2CF0" w:rsidP="003D2CF0">
            <w:pPr>
              <w:spacing w:after="0" w:line="20" w:lineRule="atLeast"/>
              <w:rPr>
                <w:rFonts w:ascii="Raleway" w:hAnsi="Raleway"/>
                <w:b/>
                <w:color w:val="1E5AF5"/>
                <w:lang w:val="fr-FR"/>
              </w:rPr>
            </w:pPr>
            <w:r>
              <w:rPr>
                <w:rFonts w:ascii="Raleway" w:hAnsi="Raleway"/>
                <w:b/>
                <w:color w:val="1E5AF5"/>
                <w:lang w:val="fr-FR"/>
              </w:rPr>
              <w:t xml:space="preserve">SIGNATURE :                                                                                                                                    DATE : </w:t>
            </w:r>
          </w:p>
          <w:p w14:paraId="664C238E" w14:textId="191E6DAF" w:rsidR="003D2CF0" w:rsidRPr="0033423E" w:rsidRDefault="003D2CF0" w:rsidP="003D2CF0">
            <w:pPr>
              <w:spacing w:after="0" w:line="20" w:lineRule="atLeast"/>
              <w:rPr>
                <w:rFonts w:ascii="Raleway" w:hAnsi="Raleway"/>
                <w:b/>
                <w:color w:val="1E5AF5"/>
                <w:lang w:val="fr-FR"/>
              </w:rPr>
            </w:pPr>
          </w:p>
        </w:tc>
      </w:tr>
    </w:tbl>
    <w:p w14:paraId="2F5338F0" w14:textId="77777777" w:rsidR="003D2CF0" w:rsidRPr="0033423E" w:rsidRDefault="003D2CF0" w:rsidP="003D2CF0">
      <w:pPr>
        <w:autoSpaceDE w:val="0"/>
        <w:autoSpaceDN w:val="0"/>
        <w:adjustRightInd w:val="0"/>
        <w:spacing w:after="0" w:line="20" w:lineRule="atLeast"/>
        <w:jc w:val="both"/>
        <w:rPr>
          <w:rFonts w:ascii="Raleway" w:hAnsi="Raleway" w:cs="Calibri"/>
          <w:szCs w:val="18"/>
          <w:lang w:val="fr-FR"/>
        </w:rPr>
      </w:pPr>
    </w:p>
    <w:p w14:paraId="13876FFF" w14:textId="77777777" w:rsidR="003D2CF0" w:rsidRPr="003D2CF0" w:rsidRDefault="003D2CF0" w:rsidP="003D2CF0">
      <w:pPr>
        <w:autoSpaceDE w:val="0"/>
        <w:autoSpaceDN w:val="0"/>
        <w:adjustRightInd w:val="0"/>
        <w:spacing w:after="0" w:line="20" w:lineRule="atLeast"/>
        <w:jc w:val="both"/>
        <w:rPr>
          <w:rFonts w:ascii="Raleway" w:hAnsi="Raleway" w:cs="Calibri"/>
          <w:szCs w:val="18"/>
          <w:lang w:val="fr-FR"/>
        </w:rPr>
      </w:pPr>
    </w:p>
    <w:tbl>
      <w:tblPr>
        <w:tblW w:w="5000" w:type="pct"/>
        <w:jc w:val="center"/>
        <w:tblLook w:val="04A0" w:firstRow="1" w:lastRow="0" w:firstColumn="1" w:lastColumn="0" w:noHBand="0" w:noVBand="1"/>
      </w:tblPr>
      <w:tblGrid>
        <w:gridCol w:w="10489"/>
        <w:gridCol w:w="57"/>
      </w:tblGrid>
      <w:tr w:rsidR="003D2CF0" w:rsidRPr="00AE5949" w14:paraId="307DFD39" w14:textId="77777777" w:rsidTr="00814C2E">
        <w:trPr>
          <w:trHeight w:val="396"/>
          <w:jc w:val="center"/>
        </w:trPr>
        <w:tc>
          <w:tcPr>
            <w:tcW w:w="5000" w:type="pct"/>
            <w:gridSpan w:val="2"/>
            <w:tcBorders>
              <w:top w:val="nil"/>
              <w:left w:val="nil"/>
              <w:bottom w:val="nil"/>
              <w:right w:val="nil"/>
            </w:tcBorders>
            <w:shd w:val="clear" w:color="auto" w:fill="1E5AF5"/>
            <w:tcMar>
              <w:top w:w="180" w:type="dxa"/>
              <w:left w:w="240" w:type="dxa"/>
              <w:bottom w:w="180" w:type="dxa"/>
              <w:right w:w="240" w:type="dxa"/>
            </w:tcMar>
            <w:vAlign w:val="center"/>
          </w:tcPr>
          <w:p w14:paraId="4DE049DA" w14:textId="0FD54491" w:rsidR="003D2CF0" w:rsidRPr="00AE5949" w:rsidRDefault="003D2CF0" w:rsidP="003D2CF0">
            <w:pPr>
              <w:spacing w:after="0" w:line="20" w:lineRule="atLeast"/>
              <w:rPr>
                <w:rFonts w:ascii="Raleway" w:hAnsi="Raleway"/>
                <w:lang w:val="fr-FR"/>
              </w:rPr>
            </w:pPr>
            <w:r>
              <w:rPr>
                <w:rFonts w:ascii="Raleway" w:hAnsi="Raleway"/>
                <w:b/>
                <w:color w:val="FFFFFF"/>
                <w:lang w:val="fr-FR"/>
              </w:rPr>
              <w:t>L’ETABLISSEMENT D’ORIGINE : DIRECTEUR DE THESE/GROUPE DE RECHERCHE/LABORATOIRE</w:t>
            </w:r>
          </w:p>
        </w:tc>
      </w:tr>
      <w:tr w:rsidR="003D2CF0" w:rsidRPr="00AE5949" w14:paraId="6CC8DDFC" w14:textId="77777777" w:rsidTr="00814C2E">
        <w:trPr>
          <w:gridAfter w:val="1"/>
          <w:wAfter w:w="27" w:type="pct"/>
          <w:jc w:val="center"/>
        </w:trPr>
        <w:tc>
          <w:tcPr>
            <w:tcW w:w="4973"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6C68430E" w14:textId="77777777" w:rsidR="003D2CF0" w:rsidRDefault="003D2CF0" w:rsidP="003D2CF0">
            <w:pPr>
              <w:spacing w:after="0" w:line="20" w:lineRule="atLeast"/>
              <w:rPr>
                <w:rFonts w:ascii="Raleway" w:hAnsi="Raleway"/>
                <w:b/>
                <w:color w:val="1E5AF5"/>
                <w:lang w:val="fr-FR"/>
              </w:rPr>
            </w:pPr>
            <w:r>
              <w:rPr>
                <w:rFonts w:ascii="Raleway" w:hAnsi="Raleway"/>
                <w:b/>
                <w:color w:val="1E5AF5"/>
                <w:lang w:val="fr-FR"/>
              </w:rPr>
              <w:t xml:space="preserve">NOM : </w:t>
            </w:r>
          </w:p>
          <w:p w14:paraId="76E157A2" w14:textId="77777777" w:rsidR="003D2CF0" w:rsidRDefault="003D2CF0" w:rsidP="003D2CF0">
            <w:pPr>
              <w:spacing w:after="0" w:line="20" w:lineRule="atLeast"/>
              <w:rPr>
                <w:rFonts w:ascii="Raleway" w:hAnsi="Raleway"/>
                <w:b/>
                <w:color w:val="1E5AF5"/>
                <w:lang w:val="fr-FR"/>
              </w:rPr>
            </w:pPr>
          </w:p>
          <w:p w14:paraId="3DEBE341" w14:textId="77777777" w:rsidR="003D2CF0" w:rsidRDefault="003D2CF0" w:rsidP="003D2CF0">
            <w:pPr>
              <w:spacing w:after="0" w:line="20" w:lineRule="atLeast"/>
              <w:rPr>
                <w:rFonts w:ascii="Raleway" w:hAnsi="Raleway"/>
                <w:b/>
                <w:color w:val="1E5AF5"/>
                <w:lang w:val="fr-FR"/>
              </w:rPr>
            </w:pPr>
            <w:r>
              <w:rPr>
                <w:rFonts w:ascii="Raleway" w:hAnsi="Raleway"/>
                <w:b/>
                <w:color w:val="1E5AF5"/>
                <w:lang w:val="fr-FR"/>
              </w:rPr>
              <w:t xml:space="preserve">SIGNATURE :                                                                                                                                    DATE : </w:t>
            </w:r>
          </w:p>
          <w:p w14:paraId="1D7A02C4" w14:textId="77777777" w:rsidR="003D2CF0" w:rsidRPr="0033423E" w:rsidRDefault="003D2CF0" w:rsidP="003D2CF0">
            <w:pPr>
              <w:spacing w:after="0" w:line="20" w:lineRule="atLeast"/>
              <w:rPr>
                <w:rFonts w:ascii="Raleway" w:hAnsi="Raleway"/>
                <w:b/>
                <w:color w:val="1E5AF5"/>
                <w:lang w:val="fr-FR"/>
              </w:rPr>
            </w:pPr>
          </w:p>
        </w:tc>
      </w:tr>
    </w:tbl>
    <w:p w14:paraId="1BF54450" w14:textId="77777777" w:rsidR="003D2CF0" w:rsidRPr="003D2CF0" w:rsidRDefault="003D2CF0" w:rsidP="003D2CF0">
      <w:pPr>
        <w:autoSpaceDE w:val="0"/>
        <w:autoSpaceDN w:val="0"/>
        <w:adjustRightInd w:val="0"/>
        <w:spacing w:after="0" w:line="20" w:lineRule="atLeast"/>
        <w:jc w:val="both"/>
        <w:rPr>
          <w:rFonts w:ascii="Raleway" w:hAnsi="Raleway" w:cs="Calibri"/>
          <w:szCs w:val="18"/>
          <w:lang w:val="fr-FR"/>
        </w:rPr>
      </w:pPr>
    </w:p>
    <w:tbl>
      <w:tblPr>
        <w:tblW w:w="5000" w:type="pct"/>
        <w:jc w:val="center"/>
        <w:tblLook w:val="04A0" w:firstRow="1" w:lastRow="0" w:firstColumn="1" w:lastColumn="0" w:noHBand="0" w:noVBand="1"/>
      </w:tblPr>
      <w:tblGrid>
        <w:gridCol w:w="10489"/>
        <w:gridCol w:w="57"/>
      </w:tblGrid>
      <w:tr w:rsidR="003D2CF0" w:rsidRPr="00AE5949" w14:paraId="60C90AC0" w14:textId="77777777" w:rsidTr="00814C2E">
        <w:trPr>
          <w:trHeight w:val="396"/>
          <w:jc w:val="center"/>
        </w:trPr>
        <w:tc>
          <w:tcPr>
            <w:tcW w:w="5000" w:type="pct"/>
            <w:gridSpan w:val="2"/>
            <w:tcBorders>
              <w:top w:val="nil"/>
              <w:left w:val="nil"/>
              <w:bottom w:val="nil"/>
              <w:right w:val="nil"/>
            </w:tcBorders>
            <w:shd w:val="clear" w:color="auto" w:fill="1E5AF5"/>
            <w:tcMar>
              <w:top w:w="180" w:type="dxa"/>
              <w:left w:w="240" w:type="dxa"/>
              <w:bottom w:w="180" w:type="dxa"/>
              <w:right w:w="240" w:type="dxa"/>
            </w:tcMar>
            <w:vAlign w:val="center"/>
          </w:tcPr>
          <w:p w14:paraId="2B4A69C9" w14:textId="056489E8" w:rsidR="003D2CF0" w:rsidRPr="00AE5949" w:rsidRDefault="003D2CF0" w:rsidP="003D2CF0">
            <w:pPr>
              <w:spacing w:after="0" w:line="20" w:lineRule="atLeast"/>
              <w:rPr>
                <w:rFonts w:ascii="Raleway" w:hAnsi="Raleway"/>
                <w:lang w:val="fr-FR"/>
              </w:rPr>
            </w:pPr>
            <w:r>
              <w:rPr>
                <w:rFonts w:ascii="Raleway" w:hAnsi="Raleway"/>
                <w:b/>
                <w:color w:val="FFFFFF"/>
                <w:lang w:val="fr-FR"/>
              </w:rPr>
              <w:t>L’ETABLISSEMENT D’ACCUEIL : LE RESPONSABLE D’ACCUEIL</w:t>
            </w:r>
          </w:p>
        </w:tc>
      </w:tr>
      <w:tr w:rsidR="003D2CF0" w:rsidRPr="00AE5949" w14:paraId="33258489" w14:textId="77777777" w:rsidTr="00814C2E">
        <w:trPr>
          <w:gridAfter w:val="1"/>
          <w:wAfter w:w="27" w:type="pct"/>
          <w:jc w:val="center"/>
        </w:trPr>
        <w:tc>
          <w:tcPr>
            <w:tcW w:w="4973" w:type="pct"/>
            <w:tcBorders>
              <w:top w:val="single" w:sz="8" w:space="0" w:color="1E5AF5"/>
              <w:left w:val="single" w:sz="8" w:space="0" w:color="1E5AF5"/>
              <w:bottom w:val="single" w:sz="8" w:space="0" w:color="1E5AF5"/>
              <w:right w:val="single" w:sz="8" w:space="0" w:color="1E5AF5"/>
            </w:tcBorders>
            <w:shd w:val="clear" w:color="auto" w:fill="F3F6FC"/>
            <w:tcMar>
              <w:top w:w="150" w:type="dxa"/>
              <w:left w:w="200" w:type="dxa"/>
              <w:bottom w:w="150" w:type="dxa"/>
              <w:right w:w="200" w:type="dxa"/>
            </w:tcMar>
            <w:vAlign w:val="center"/>
          </w:tcPr>
          <w:p w14:paraId="1BAE5393" w14:textId="77777777" w:rsidR="003D2CF0" w:rsidRDefault="003D2CF0" w:rsidP="003D2CF0">
            <w:pPr>
              <w:spacing w:after="0" w:line="20" w:lineRule="atLeast"/>
              <w:rPr>
                <w:rFonts w:ascii="Raleway" w:hAnsi="Raleway"/>
                <w:b/>
                <w:color w:val="1E5AF5"/>
                <w:lang w:val="fr-FR"/>
              </w:rPr>
            </w:pPr>
            <w:r>
              <w:rPr>
                <w:rFonts w:ascii="Raleway" w:hAnsi="Raleway"/>
                <w:b/>
                <w:color w:val="1E5AF5"/>
                <w:lang w:val="fr-FR"/>
              </w:rPr>
              <w:t xml:space="preserve">NOM : </w:t>
            </w:r>
          </w:p>
          <w:p w14:paraId="09C8F07E" w14:textId="77777777" w:rsidR="003D2CF0" w:rsidRDefault="003D2CF0" w:rsidP="003D2CF0">
            <w:pPr>
              <w:spacing w:after="0" w:line="20" w:lineRule="atLeast"/>
              <w:rPr>
                <w:rFonts w:ascii="Raleway" w:hAnsi="Raleway"/>
                <w:b/>
                <w:color w:val="1E5AF5"/>
                <w:lang w:val="fr-FR"/>
              </w:rPr>
            </w:pPr>
          </w:p>
          <w:p w14:paraId="7CBECD30" w14:textId="77777777" w:rsidR="003D2CF0" w:rsidRDefault="003D2CF0" w:rsidP="003D2CF0">
            <w:pPr>
              <w:spacing w:after="0" w:line="20" w:lineRule="atLeast"/>
              <w:rPr>
                <w:rFonts w:ascii="Raleway" w:hAnsi="Raleway"/>
                <w:b/>
                <w:color w:val="1E5AF5"/>
                <w:lang w:val="fr-FR"/>
              </w:rPr>
            </w:pPr>
            <w:r>
              <w:rPr>
                <w:rFonts w:ascii="Raleway" w:hAnsi="Raleway"/>
                <w:b/>
                <w:color w:val="1E5AF5"/>
                <w:lang w:val="fr-FR"/>
              </w:rPr>
              <w:t xml:space="preserve">SIGNATURE :                                                                                                                                    DATE : </w:t>
            </w:r>
          </w:p>
          <w:p w14:paraId="3ED2AC37" w14:textId="77777777" w:rsidR="003D2CF0" w:rsidRPr="0033423E" w:rsidRDefault="003D2CF0" w:rsidP="003D2CF0">
            <w:pPr>
              <w:spacing w:after="0" w:line="20" w:lineRule="atLeast"/>
              <w:rPr>
                <w:rFonts w:ascii="Raleway" w:hAnsi="Raleway"/>
                <w:b/>
                <w:color w:val="1E5AF5"/>
                <w:lang w:val="fr-FR"/>
              </w:rPr>
            </w:pPr>
          </w:p>
        </w:tc>
      </w:tr>
    </w:tbl>
    <w:p w14:paraId="11F82E9D" w14:textId="77777777" w:rsidR="0010374A" w:rsidRPr="0033423E" w:rsidRDefault="0010374A">
      <w:pPr>
        <w:rPr>
          <w:rFonts w:ascii="Raleway" w:hAnsi="Raleway"/>
          <w:lang w:val="fr-FR"/>
        </w:rPr>
      </w:pPr>
    </w:p>
    <w:tbl>
      <w:tblPr>
        <w:tblW w:w="5000" w:type="pct"/>
        <w:jc w:val="center"/>
        <w:tblLook w:val="04A0" w:firstRow="1" w:lastRow="0" w:firstColumn="1" w:lastColumn="0" w:noHBand="0" w:noVBand="1"/>
      </w:tblPr>
      <w:tblGrid>
        <w:gridCol w:w="10475"/>
        <w:gridCol w:w="59"/>
      </w:tblGrid>
      <w:tr w:rsidR="0010374A" w:rsidRPr="00AE5949" w14:paraId="13A5CADA" w14:textId="77777777" w:rsidTr="00814C2E">
        <w:trPr>
          <w:gridAfter w:val="1"/>
          <w:wAfter w:w="28" w:type="pct"/>
          <w:jc w:val="center"/>
        </w:trPr>
        <w:tc>
          <w:tcPr>
            <w:tcW w:w="4972" w:type="pct"/>
            <w:tcBorders>
              <w:top w:val="single" w:sz="5" w:space="0" w:color="B8C7F5"/>
              <w:left w:val="single" w:sz="5" w:space="0" w:color="B8C7F5"/>
              <w:bottom w:val="single" w:sz="5" w:space="0" w:color="B8C7F5"/>
              <w:right w:val="single" w:sz="5" w:space="0" w:color="B8C7F5"/>
            </w:tcBorders>
          </w:tcPr>
          <w:p w14:paraId="4CBFC943" w14:textId="77777777" w:rsidR="0010374A" w:rsidRPr="00AE5949" w:rsidRDefault="0010374A" w:rsidP="00814C2E">
            <w:pPr>
              <w:spacing w:after="0"/>
              <w:rPr>
                <w:rFonts w:ascii="Raleway" w:hAnsi="Raleway"/>
                <w:b/>
                <w:color w:val="111111"/>
              </w:rPr>
            </w:pPr>
            <w:r w:rsidRPr="00AE5949">
              <w:rPr>
                <w:rFonts w:ascii="Raleway" w:hAnsi="Raleway"/>
                <w:noProof/>
                <w:color w:val="596274"/>
                <w:sz w:val="16"/>
              </w:rPr>
              <w:drawing>
                <wp:inline distT="0" distB="0" distL="0" distR="0" wp14:anchorId="1F4E47C1" wp14:editId="192381D2">
                  <wp:extent cx="2095500" cy="1230385"/>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99417" cy="1232685"/>
                          </a:xfrm>
                          <a:prstGeom prst="rect">
                            <a:avLst/>
                          </a:prstGeom>
                          <a:noFill/>
                          <a:ln>
                            <a:noFill/>
                          </a:ln>
                        </pic:spPr>
                      </pic:pic>
                    </a:graphicData>
                  </a:graphic>
                </wp:inline>
              </w:drawing>
            </w:r>
          </w:p>
          <w:p w14:paraId="7498F04C" w14:textId="77777777" w:rsidR="0010374A" w:rsidRPr="00AE5949" w:rsidRDefault="0010374A" w:rsidP="00814C2E">
            <w:pPr>
              <w:spacing w:after="0"/>
              <w:rPr>
                <w:rFonts w:ascii="Raleway" w:hAnsi="Raleway"/>
                <w:b/>
                <w:bCs/>
                <w:color w:val="111111"/>
                <w:sz w:val="17"/>
              </w:rPr>
            </w:pPr>
            <w:r w:rsidRPr="00AE5949">
              <w:rPr>
                <w:rFonts w:ascii="Raleway" w:hAnsi="Raleway"/>
                <w:b/>
                <w:color w:val="111111"/>
                <w:sz w:val="17"/>
                <w:szCs w:val="17"/>
              </w:rPr>
              <w:t xml:space="preserve">Bureau Across </w:t>
            </w:r>
            <w:proofErr w:type="gramStart"/>
            <w:r w:rsidRPr="00AE5949">
              <w:rPr>
                <w:rFonts w:ascii="Raleway" w:hAnsi="Raleway"/>
                <w:b/>
                <w:color w:val="111111"/>
                <w:sz w:val="17"/>
                <w:szCs w:val="17"/>
              </w:rPr>
              <w:t>UPVD :</w:t>
            </w:r>
            <w:proofErr w:type="gramEnd"/>
            <w:r w:rsidRPr="00AE5949">
              <w:rPr>
                <w:rFonts w:ascii="Raleway" w:hAnsi="Raleway"/>
                <w:b/>
                <w:color w:val="111111"/>
              </w:rPr>
              <w:t xml:space="preserve"> </w:t>
            </w:r>
            <w:hyperlink r:id="rId16" w:history="1">
              <w:r w:rsidRPr="00AE5949">
                <w:rPr>
                  <w:rStyle w:val="Lienhypertexte"/>
                  <w:rFonts w:ascii="Raleway" w:hAnsi="Raleway"/>
                  <w:b/>
                  <w:bCs/>
                  <w:sz w:val="17"/>
                </w:rPr>
                <w:t>bureau-across@univ-perp.fr</w:t>
              </w:r>
            </w:hyperlink>
          </w:p>
          <w:p w14:paraId="2A477D7C" w14:textId="77777777" w:rsidR="0010374A" w:rsidRPr="00AE5949" w:rsidRDefault="0010374A" w:rsidP="00814C2E">
            <w:pPr>
              <w:spacing w:after="0"/>
              <w:jc w:val="center"/>
              <w:rPr>
                <w:rFonts w:ascii="Raleway" w:hAnsi="Raleway"/>
              </w:rPr>
            </w:pPr>
          </w:p>
        </w:tc>
      </w:tr>
      <w:tr w:rsidR="0010374A" w:rsidRPr="00AE5949" w14:paraId="40EEAC21" w14:textId="77777777" w:rsidTr="00814C2E">
        <w:trPr>
          <w:jc w:val="center"/>
        </w:trPr>
        <w:tc>
          <w:tcPr>
            <w:tcW w:w="5000" w:type="pct"/>
            <w:gridSpan w:val="2"/>
            <w:tcBorders>
              <w:top w:val="nil"/>
              <w:left w:val="nil"/>
              <w:bottom w:val="nil"/>
              <w:right w:val="nil"/>
            </w:tcBorders>
            <w:shd w:val="clear" w:color="auto" w:fill="1E5AF5"/>
          </w:tcPr>
          <w:p w14:paraId="5A63C7A3" w14:textId="77777777" w:rsidR="0010374A" w:rsidRPr="00AE5949" w:rsidRDefault="0010374A" w:rsidP="00814C2E">
            <w:pPr>
              <w:rPr>
                <w:rFonts w:ascii="Raleway" w:hAnsi="Raleway"/>
              </w:rPr>
            </w:pPr>
            <w:r w:rsidRPr="00AE5949">
              <w:rPr>
                <w:rFonts w:ascii="Raleway" w:hAnsi="Raleway"/>
                <w:noProof/>
              </w:rPr>
              <w:drawing>
                <wp:inline distT="0" distB="0" distL="0" distR="0" wp14:anchorId="02380C71" wp14:editId="3B41F28A">
                  <wp:extent cx="2232000" cy="4969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_Co-fundedbytheEU_RGB_WHITE-Outline-1024x228.png"/>
                          <pic:cNvPicPr/>
                        </pic:nvPicPr>
                        <pic:blipFill>
                          <a:blip r:embed="rId17"/>
                          <a:stretch>
                            <a:fillRect/>
                          </a:stretch>
                        </pic:blipFill>
                        <pic:spPr>
                          <a:xfrm>
                            <a:off x="0" y="0"/>
                            <a:ext cx="2232000" cy="496969"/>
                          </a:xfrm>
                          <a:prstGeom prst="rect">
                            <a:avLst/>
                          </a:prstGeom>
                        </pic:spPr>
                      </pic:pic>
                    </a:graphicData>
                  </a:graphic>
                </wp:inline>
              </w:drawing>
            </w:r>
          </w:p>
        </w:tc>
      </w:tr>
    </w:tbl>
    <w:p w14:paraId="00475CCD" w14:textId="77777777" w:rsidR="0010374A" w:rsidRPr="00AE5949" w:rsidRDefault="0010374A">
      <w:pPr>
        <w:rPr>
          <w:rFonts w:ascii="Raleway" w:hAnsi="Raleway"/>
        </w:rPr>
      </w:pPr>
    </w:p>
    <w:sectPr w:rsidR="0010374A" w:rsidRPr="00AE5949" w:rsidSect="00034616">
      <w:pgSz w:w="11906" w:h="16838"/>
      <w:pgMar w:top="454" w:right="680" w:bottom="425"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B37B5" w14:textId="77777777" w:rsidR="0033423E" w:rsidRDefault="0033423E" w:rsidP="0033423E">
      <w:pPr>
        <w:spacing w:after="0" w:line="240" w:lineRule="auto"/>
      </w:pPr>
      <w:r>
        <w:separator/>
      </w:r>
    </w:p>
  </w:endnote>
  <w:endnote w:type="continuationSeparator" w:id="0">
    <w:p w14:paraId="7D420D09" w14:textId="77777777" w:rsidR="0033423E" w:rsidRDefault="0033423E" w:rsidP="0033423E">
      <w:pPr>
        <w:spacing w:after="0" w:line="240" w:lineRule="auto"/>
      </w:pPr>
      <w:r>
        <w:continuationSeparator/>
      </w:r>
    </w:p>
  </w:endnote>
  <w:endnote w:id="1">
    <w:p w14:paraId="106EF980" w14:textId="77777777" w:rsidR="0033423E" w:rsidRPr="00552F2E" w:rsidRDefault="0033423E" w:rsidP="0033423E">
      <w:pPr>
        <w:pStyle w:val="Notedefin"/>
        <w:spacing w:after="100"/>
        <w:rPr>
          <w:rFonts w:ascii="Raleway" w:hAnsi="Raleway"/>
          <w:sz w:val="16"/>
          <w:szCs w:val="16"/>
        </w:rPr>
      </w:pPr>
      <w:r w:rsidRPr="0052586F">
        <w:rPr>
          <w:rStyle w:val="Appeldenotedefin"/>
          <w:rFonts w:ascii="Raleway" w:hAnsi="Raleway"/>
          <w:sz w:val="16"/>
          <w:szCs w:val="16"/>
        </w:rPr>
        <w:endnoteRef/>
      </w:r>
      <w:r>
        <w:rPr>
          <w:rFonts w:ascii="Raleway" w:hAnsi="Raleway"/>
          <w:sz w:val="16"/>
          <w:szCs w:val="16"/>
        </w:rPr>
        <w:t xml:space="preserve"> </w:t>
      </w:r>
      <w:r w:rsidRPr="00552F2E">
        <w:rPr>
          <w:rFonts w:ascii="Raleway" w:hAnsi="Raleway"/>
          <w:sz w:val="16"/>
          <w:szCs w:val="16"/>
        </w:rPr>
        <w:t>Il n'est pas obligatoire de faire circuler des documents comportant des signatures originales. Des copies numérisées des signatures ou des signatures électroniques peuvent être acceptées, en fonction de la législation nationale du pays de l'établissement bénéficiaire. Les attestations de présence peuvent être fournies par voie électronique ou par tout autre moyen accessible au participant et à l'établissement d'origine.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Raleway">
    <w:charset w:val="00"/>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1E55" w14:textId="77777777" w:rsidR="0033423E" w:rsidRDefault="0033423E" w:rsidP="0033423E">
      <w:pPr>
        <w:spacing w:after="0" w:line="240" w:lineRule="auto"/>
      </w:pPr>
      <w:r>
        <w:separator/>
      </w:r>
    </w:p>
  </w:footnote>
  <w:footnote w:type="continuationSeparator" w:id="0">
    <w:p w14:paraId="338A385B" w14:textId="77777777" w:rsidR="0033423E" w:rsidRDefault="0033423E" w:rsidP="003342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58864B05"/>
    <w:multiLevelType w:val="multilevel"/>
    <w:tmpl w:val="6688C8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4E03B2"/>
    <w:multiLevelType w:val="multilevel"/>
    <w:tmpl w:val="D118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64136E"/>
    <w:multiLevelType w:val="multilevel"/>
    <w:tmpl w:val="21A06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8051448">
    <w:abstractNumId w:val="8"/>
  </w:num>
  <w:num w:numId="2" w16cid:durableId="499348934">
    <w:abstractNumId w:val="6"/>
  </w:num>
  <w:num w:numId="3" w16cid:durableId="1168129003">
    <w:abstractNumId w:val="5"/>
  </w:num>
  <w:num w:numId="4" w16cid:durableId="916935789">
    <w:abstractNumId w:val="4"/>
  </w:num>
  <w:num w:numId="5" w16cid:durableId="1433739386">
    <w:abstractNumId w:val="7"/>
  </w:num>
  <w:num w:numId="6" w16cid:durableId="2001232765">
    <w:abstractNumId w:val="3"/>
  </w:num>
  <w:num w:numId="7" w16cid:durableId="876355477">
    <w:abstractNumId w:val="2"/>
  </w:num>
  <w:num w:numId="8" w16cid:durableId="841892426">
    <w:abstractNumId w:val="1"/>
  </w:num>
  <w:num w:numId="9" w16cid:durableId="484397585">
    <w:abstractNumId w:val="0"/>
  </w:num>
  <w:num w:numId="10" w16cid:durableId="2099671505">
    <w:abstractNumId w:val="10"/>
  </w:num>
  <w:num w:numId="11" w16cid:durableId="359746079">
    <w:abstractNumId w:val="11"/>
  </w:num>
  <w:num w:numId="12" w16cid:durableId="6533384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2605"/>
    <w:rsid w:val="0010374A"/>
    <w:rsid w:val="0015074B"/>
    <w:rsid w:val="0029639D"/>
    <w:rsid w:val="00326F90"/>
    <w:rsid w:val="0033423E"/>
    <w:rsid w:val="003D2CF0"/>
    <w:rsid w:val="007419C6"/>
    <w:rsid w:val="008D4B15"/>
    <w:rsid w:val="008E50AF"/>
    <w:rsid w:val="009D2436"/>
    <w:rsid w:val="00A1114D"/>
    <w:rsid w:val="00AA1D8D"/>
    <w:rsid w:val="00AE5949"/>
    <w:rsid w:val="00B47730"/>
    <w:rsid w:val="00CB0664"/>
    <w:rsid w:val="00D459ED"/>
    <w:rsid w:val="00D52988"/>
    <w:rsid w:val="00E008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D2E8D2"/>
  <w14:defaultImageDpi w14:val="300"/>
  <w15:docId w15:val="{8207627B-40B0-45BC-A9B5-FCF361F7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Lienhypertexte">
    <w:name w:val="Hyperlink"/>
    <w:basedOn w:val="Policepardfaut"/>
    <w:uiPriority w:val="99"/>
    <w:unhideWhenUsed/>
    <w:rsid w:val="000B2605"/>
    <w:rPr>
      <w:color w:val="0000FF" w:themeColor="hyperlink"/>
      <w:u w:val="single"/>
    </w:rPr>
  </w:style>
  <w:style w:type="character" w:styleId="Mentionnonrsolue">
    <w:name w:val="Unresolved Mention"/>
    <w:basedOn w:val="Policepardfaut"/>
    <w:uiPriority w:val="99"/>
    <w:semiHidden/>
    <w:unhideWhenUsed/>
    <w:rsid w:val="000B2605"/>
    <w:rPr>
      <w:color w:val="605E5C"/>
      <w:shd w:val="clear" w:color="auto" w:fill="E1DFDD"/>
    </w:rPr>
  </w:style>
  <w:style w:type="paragraph" w:styleId="Commentaire">
    <w:name w:val="annotation text"/>
    <w:basedOn w:val="Normal"/>
    <w:link w:val="CommentaireCar"/>
    <w:unhideWhenUsed/>
    <w:rsid w:val="00E008D9"/>
    <w:pPr>
      <w:spacing w:after="160" w:line="240" w:lineRule="auto"/>
    </w:pPr>
    <w:rPr>
      <w:rFonts w:asciiTheme="minorHAnsi" w:eastAsiaTheme="minorHAnsi" w:hAnsiTheme="minorHAnsi"/>
      <w:kern w:val="2"/>
      <w:sz w:val="20"/>
      <w:szCs w:val="20"/>
      <w:lang w:val="pl-PL"/>
      <w14:ligatures w14:val="standardContextual"/>
    </w:rPr>
  </w:style>
  <w:style w:type="character" w:customStyle="1" w:styleId="CommentaireCar">
    <w:name w:val="Commentaire Car"/>
    <w:basedOn w:val="Policepardfaut"/>
    <w:link w:val="Commentaire"/>
    <w:rsid w:val="00E008D9"/>
    <w:rPr>
      <w:rFonts w:eastAsiaTheme="minorHAnsi"/>
      <w:kern w:val="2"/>
      <w:sz w:val="20"/>
      <w:szCs w:val="20"/>
      <w:lang w:val="pl-PL"/>
      <w14:ligatures w14:val="standardContextual"/>
    </w:rPr>
  </w:style>
  <w:style w:type="paragraph" w:styleId="Notedefin">
    <w:name w:val="endnote text"/>
    <w:basedOn w:val="Normal"/>
    <w:link w:val="NotedefinCar"/>
    <w:semiHidden/>
    <w:rsid w:val="0033423E"/>
    <w:pPr>
      <w:spacing w:after="240" w:line="240" w:lineRule="auto"/>
      <w:jc w:val="both"/>
    </w:pPr>
    <w:rPr>
      <w:rFonts w:ascii="Times New Roman" w:eastAsia="Times New Roman" w:hAnsi="Times New Roman" w:cs="Times New Roman"/>
      <w:sz w:val="20"/>
      <w:szCs w:val="20"/>
      <w:lang w:val="fr-FR"/>
    </w:rPr>
  </w:style>
  <w:style w:type="character" w:customStyle="1" w:styleId="NotedefinCar">
    <w:name w:val="Note de fin Car"/>
    <w:basedOn w:val="Policepardfaut"/>
    <w:link w:val="Notedefin"/>
    <w:semiHidden/>
    <w:rsid w:val="0033423E"/>
    <w:rPr>
      <w:rFonts w:ascii="Times New Roman" w:eastAsia="Times New Roman" w:hAnsi="Times New Roman" w:cs="Times New Roman"/>
      <w:sz w:val="20"/>
      <w:szCs w:val="20"/>
      <w:lang w:val="fr-FR"/>
    </w:rPr>
  </w:style>
  <w:style w:type="character" w:styleId="Appeldenotedefin">
    <w:name w:val="endnote reference"/>
    <w:rsid w:val="003342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2998">
      <w:bodyDiv w:val="1"/>
      <w:marLeft w:val="0"/>
      <w:marRight w:val="0"/>
      <w:marTop w:val="0"/>
      <w:marBottom w:val="0"/>
      <w:divBdr>
        <w:top w:val="none" w:sz="0" w:space="0" w:color="auto"/>
        <w:left w:val="none" w:sz="0" w:space="0" w:color="auto"/>
        <w:bottom w:val="none" w:sz="0" w:space="0" w:color="auto"/>
        <w:right w:val="none" w:sz="0" w:space="0" w:color="auto"/>
      </w:divBdr>
    </w:div>
    <w:div w:id="243494095">
      <w:bodyDiv w:val="1"/>
      <w:marLeft w:val="0"/>
      <w:marRight w:val="0"/>
      <w:marTop w:val="0"/>
      <w:marBottom w:val="0"/>
      <w:divBdr>
        <w:top w:val="none" w:sz="0" w:space="0" w:color="auto"/>
        <w:left w:val="none" w:sz="0" w:space="0" w:color="auto"/>
        <w:bottom w:val="none" w:sz="0" w:space="0" w:color="auto"/>
        <w:right w:val="none" w:sz="0" w:space="0" w:color="auto"/>
      </w:divBdr>
    </w:div>
    <w:div w:id="334497395">
      <w:bodyDiv w:val="1"/>
      <w:marLeft w:val="0"/>
      <w:marRight w:val="0"/>
      <w:marTop w:val="0"/>
      <w:marBottom w:val="0"/>
      <w:divBdr>
        <w:top w:val="none" w:sz="0" w:space="0" w:color="auto"/>
        <w:left w:val="none" w:sz="0" w:space="0" w:color="auto"/>
        <w:bottom w:val="none" w:sz="0" w:space="0" w:color="auto"/>
        <w:right w:val="none" w:sz="0" w:space="0" w:color="auto"/>
      </w:divBdr>
    </w:div>
    <w:div w:id="335888160">
      <w:bodyDiv w:val="1"/>
      <w:marLeft w:val="0"/>
      <w:marRight w:val="0"/>
      <w:marTop w:val="0"/>
      <w:marBottom w:val="0"/>
      <w:divBdr>
        <w:top w:val="none" w:sz="0" w:space="0" w:color="auto"/>
        <w:left w:val="none" w:sz="0" w:space="0" w:color="auto"/>
        <w:bottom w:val="none" w:sz="0" w:space="0" w:color="auto"/>
        <w:right w:val="none" w:sz="0" w:space="0" w:color="auto"/>
      </w:divBdr>
    </w:div>
    <w:div w:id="447285675">
      <w:bodyDiv w:val="1"/>
      <w:marLeft w:val="0"/>
      <w:marRight w:val="0"/>
      <w:marTop w:val="0"/>
      <w:marBottom w:val="0"/>
      <w:divBdr>
        <w:top w:val="none" w:sz="0" w:space="0" w:color="auto"/>
        <w:left w:val="none" w:sz="0" w:space="0" w:color="auto"/>
        <w:bottom w:val="none" w:sz="0" w:space="0" w:color="auto"/>
        <w:right w:val="none" w:sz="0" w:space="0" w:color="auto"/>
      </w:divBdr>
    </w:div>
    <w:div w:id="1001548693">
      <w:bodyDiv w:val="1"/>
      <w:marLeft w:val="0"/>
      <w:marRight w:val="0"/>
      <w:marTop w:val="0"/>
      <w:marBottom w:val="0"/>
      <w:divBdr>
        <w:top w:val="none" w:sz="0" w:space="0" w:color="auto"/>
        <w:left w:val="none" w:sz="0" w:space="0" w:color="auto"/>
        <w:bottom w:val="none" w:sz="0" w:space="0" w:color="auto"/>
        <w:right w:val="none" w:sz="0" w:space="0" w:color="auto"/>
      </w:divBdr>
    </w:div>
    <w:div w:id="1196457481">
      <w:bodyDiv w:val="1"/>
      <w:marLeft w:val="0"/>
      <w:marRight w:val="0"/>
      <w:marTop w:val="0"/>
      <w:marBottom w:val="0"/>
      <w:divBdr>
        <w:top w:val="none" w:sz="0" w:space="0" w:color="auto"/>
        <w:left w:val="none" w:sz="0" w:space="0" w:color="auto"/>
        <w:bottom w:val="none" w:sz="0" w:space="0" w:color="auto"/>
        <w:right w:val="none" w:sz="0" w:space="0" w:color="auto"/>
      </w:divBdr>
    </w:div>
    <w:div w:id="1358770007">
      <w:bodyDiv w:val="1"/>
      <w:marLeft w:val="0"/>
      <w:marRight w:val="0"/>
      <w:marTop w:val="0"/>
      <w:marBottom w:val="0"/>
      <w:divBdr>
        <w:top w:val="none" w:sz="0" w:space="0" w:color="auto"/>
        <w:left w:val="none" w:sz="0" w:space="0" w:color="auto"/>
        <w:bottom w:val="none" w:sz="0" w:space="0" w:color="auto"/>
        <w:right w:val="none" w:sz="0" w:space="0" w:color="auto"/>
      </w:divBdr>
    </w:div>
    <w:div w:id="1444573206">
      <w:bodyDiv w:val="1"/>
      <w:marLeft w:val="0"/>
      <w:marRight w:val="0"/>
      <w:marTop w:val="0"/>
      <w:marBottom w:val="0"/>
      <w:divBdr>
        <w:top w:val="none" w:sz="0" w:space="0" w:color="auto"/>
        <w:left w:val="none" w:sz="0" w:space="0" w:color="auto"/>
        <w:bottom w:val="none" w:sz="0" w:space="0" w:color="auto"/>
        <w:right w:val="none" w:sz="0" w:space="0" w:color="auto"/>
      </w:divBdr>
    </w:div>
    <w:div w:id="1454865228">
      <w:bodyDiv w:val="1"/>
      <w:marLeft w:val="0"/>
      <w:marRight w:val="0"/>
      <w:marTop w:val="0"/>
      <w:marBottom w:val="0"/>
      <w:divBdr>
        <w:top w:val="none" w:sz="0" w:space="0" w:color="auto"/>
        <w:left w:val="none" w:sz="0" w:space="0" w:color="auto"/>
        <w:bottom w:val="none" w:sz="0" w:space="0" w:color="auto"/>
        <w:right w:val="none" w:sz="0" w:space="0" w:color="auto"/>
      </w:divBdr>
    </w:div>
    <w:div w:id="1467435363">
      <w:bodyDiv w:val="1"/>
      <w:marLeft w:val="0"/>
      <w:marRight w:val="0"/>
      <w:marTop w:val="0"/>
      <w:marBottom w:val="0"/>
      <w:divBdr>
        <w:top w:val="none" w:sz="0" w:space="0" w:color="auto"/>
        <w:left w:val="none" w:sz="0" w:space="0" w:color="auto"/>
        <w:bottom w:val="none" w:sz="0" w:space="0" w:color="auto"/>
        <w:right w:val="none" w:sz="0" w:space="0" w:color="auto"/>
      </w:divBdr>
    </w:div>
    <w:div w:id="1867478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mailto:bureau-across@univ-perp.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616</Words>
  <Characters>3389</Characters>
  <Application>Microsoft Office Word</Application>
  <DocSecurity>0</DocSecurity>
  <Lines>28</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Hollander Lea</cp:lastModifiedBy>
  <cp:revision>6</cp:revision>
  <dcterms:created xsi:type="dcterms:W3CDTF">2026-07-21T12:52:00Z</dcterms:created>
  <dcterms:modified xsi:type="dcterms:W3CDTF">2026-07-23T11:33:00Z</dcterms:modified>
  <cp:category/>
</cp:coreProperties>
</file>